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DE248C" w14:textId="77777777" w:rsidR="00D13091" w:rsidRPr="00610653" w:rsidRDefault="00D13091" w:rsidP="00D13091">
      <w:pPr>
        <w:jc w:val="center"/>
        <w:rPr>
          <w:rFonts w:ascii="Comic Sans MS" w:hAnsi="Comic Sans MS"/>
          <w:b/>
          <w:bCs/>
          <w:color w:val="00B050"/>
          <w:sz w:val="36"/>
          <w:szCs w:val="36"/>
        </w:rPr>
      </w:pPr>
      <w:r w:rsidRPr="00610653">
        <w:rPr>
          <w:rFonts w:ascii="Comic Sans MS" w:hAnsi="Comic Sans MS"/>
          <w:b/>
          <w:bCs/>
          <w:color w:val="00B050"/>
          <w:sz w:val="36"/>
          <w:szCs w:val="36"/>
        </w:rPr>
        <w:t>EI FELLES PLATTFORM</w:t>
      </w:r>
    </w:p>
    <w:p w14:paraId="78EFBE8C" w14:textId="77777777" w:rsidR="00AD13A2" w:rsidRDefault="00D13091" w:rsidP="00D13091">
      <w:pPr>
        <w:jc w:val="center"/>
      </w:pPr>
      <w:r w:rsidRPr="00610653">
        <w:rPr>
          <w:rFonts w:ascii="Comic Sans MS" w:hAnsi="Comic Sans MS"/>
          <w:b/>
          <w:bCs/>
          <w:color w:val="00B050"/>
          <w:sz w:val="36"/>
          <w:szCs w:val="36"/>
        </w:rPr>
        <w:t>ÅRSPLAN FOR NAUSTVÅGEN BARNEHAGE 2026-2027.</w:t>
      </w:r>
      <w:r w:rsidRPr="00D13091">
        <w:t xml:space="preserve"> </w:t>
      </w:r>
    </w:p>
    <w:p w14:paraId="432D0878" w14:textId="12704ABC" w:rsidR="00D13091" w:rsidRDefault="00D13091" w:rsidP="00D13091">
      <w:pPr>
        <w:jc w:val="center"/>
        <w:rPr>
          <w:rFonts w:ascii="Comic Sans MS" w:hAnsi="Comic Sans MS"/>
          <w:b/>
          <w:bCs/>
          <w:color w:val="00B050"/>
          <w:sz w:val="36"/>
          <w:szCs w:val="36"/>
        </w:rPr>
      </w:pPr>
      <w:r>
        <w:fldChar w:fldCharType="begin"/>
      </w:r>
      <w:r>
        <w:instrText xml:space="preserve"> INCLUDEPICTURE "/Users/monavaage/Library/Group Containers/UBF8T346G9.ms/WebArchiveCopyPasteTempFiles/com.microsoft.Word/?id=2a74eab2-f420-402b-83f0-52b40e32bedb.jpeg&amp;token=ZDI3ZjUyNTgtOTkyNC00ZmM1LTkzZGItMjAyNmRkMmM5ZWQ5MTE0MDE1MTQxOTYzODI4ODE1ODk4MzIzNDI2OA==&amp;size=f1440x1440" \* MERGEFORMATINET </w:instrText>
      </w:r>
      <w:r>
        <w:fldChar w:fldCharType="separate"/>
      </w:r>
      <w:r>
        <w:rPr>
          <w:noProof/>
        </w:rPr>
        <w:drawing>
          <wp:inline distT="0" distB="0" distL="0" distR="0" wp14:anchorId="5E43825E" wp14:editId="4FD3FBD0">
            <wp:extent cx="5029200" cy="6044680"/>
            <wp:effectExtent l="0" t="0" r="0" b="635"/>
            <wp:docPr id="49492018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0728" cy="6046516"/>
                    </a:xfrm>
                    <a:prstGeom prst="rect">
                      <a:avLst/>
                    </a:prstGeom>
                    <a:ln>
                      <a:noFill/>
                    </a:ln>
                    <a:effectLst>
                      <a:softEdge rad="112500"/>
                    </a:effectLst>
                  </pic:spPr>
                </pic:pic>
              </a:graphicData>
            </a:graphic>
          </wp:inline>
        </w:drawing>
      </w:r>
      <w:r>
        <w:fldChar w:fldCharType="end"/>
      </w:r>
    </w:p>
    <w:p w14:paraId="157F5E4B" w14:textId="77777777" w:rsidR="00D13091" w:rsidRDefault="00D13091" w:rsidP="00D13091">
      <w:pPr>
        <w:jc w:val="center"/>
        <w:rPr>
          <w:rFonts w:ascii="Comic Sans MS" w:hAnsi="Comic Sans MS"/>
          <w:b/>
          <w:bCs/>
          <w:color w:val="00B050"/>
          <w:sz w:val="36"/>
          <w:szCs w:val="36"/>
        </w:rPr>
      </w:pPr>
    </w:p>
    <w:p w14:paraId="76ABBD4B" w14:textId="77777777" w:rsidR="00F45DDE" w:rsidRDefault="00F45DDE" w:rsidP="00D13091">
      <w:pPr>
        <w:jc w:val="center"/>
        <w:rPr>
          <w:rFonts w:ascii="Comic Sans MS" w:hAnsi="Comic Sans MS"/>
          <w:b/>
          <w:bCs/>
          <w:color w:val="00B050"/>
          <w:sz w:val="36"/>
          <w:szCs w:val="36"/>
        </w:rPr>
      </w:pPr>
    </w:p>
    <w:sdt>
      <w:sdtPr>
        <w:rPr>
          <w:rFonts w:ascii="Comic Sans MS" w:eastAsiaTheme="minorEastAsia" w:hAnsi="Comic Sans MS" w:cstheme="minorBidi"/>
          <w:b w:val="0"/>
          <w:bCs w:val="0"/>
          <w:color w:val="auto"/>
          <w:sz w:val="22"/>
          <w:szCs w:val="22"/>
        </w:rPr>
        <w:id w:val="-1417932241"/>
        <w:docPartObj>
          <w:docPartGallery w:val="Table of Contents"/>
          <w:docPartUnique/>
        </w:docPartObj>
      </w:sdtPr>
      <w:sdtEndPr>
        <w:rPr>
          <w:rFonts w:eastAsia="Times New Roman" w:cs="Times New Roman"/>
          <w:noProof/>
          <w:sz w:val="24"/>
          <w:szCs w:val="24"/>
        </w:rPr>
      </w:sdtEndPr>
      <w:sdtContent>
        <w:p w14:paraId="2577950C" w14:textId="10E395B3" w:rsidR="00F80148" w:rsidRPr="00E23F36" w:rsidRDefault="00F80148">
          <w:pPr>
            <w:pStyle w:val="Overskriftforinnholdsfortegnelse"/>
            <w:rPr>
              <w:rFonts w:ascii="Comic Sans MS" w:eastAsiaTheme="minorEastAsia" w:hAnsi="Comic Sans MS" w:cstheme="minorBidi"/>
              <w:b w:val="0"/>
              <w:bCs w:val="0"/>
              <w:color w:val="auto"/>
              <w:sz w:val="22"/>
              <w:szCs w:val="22"/>
            </w:rPr>
          </w:pPr>
          <w:r w:rsidRPr="000A7371">
            <w:rPr>
              <w:rFonts w:ascii="Comic Sans MS" w:hAnsi="Comic Sans MS"/>
            </w:rPr>
            <w:t>Innholdsfortegnelse</w:t>
          </w:r>
        </w:p>
        <w:p w14:paraId="4ABC3B8C" w14:textId="1990C3BB" w:rsidR="003C257A" w:rsidRDefault="00F80148">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r w:rsidRPr="000A7371">
            <w:rPr>
              <w:rFonts w:ascii="Comic Sans MS" w:hAnsi="Comic Sans MS"/>
            </w:rPr>
            <w:fldChar w:fldCharType="begin"/>
          </w:r>
          <w:r w:rsidRPr="000A7371">
            <w:rPr>
              <w:rFonts w:ascii="Comic Sans MS" w:hAnsi="Comic Sans MS"/>
            </w:rPr>
            <w:instrText>TOC \o "1-3" \h \z \u</w:instrText>
          </w:r>
          <w:r w:rsidRPr="000A7371">
            <w:rPr>
              <w:rFonts w:ascii="Comic Sans MS" w:hAnsi="Comic Sans MS"/>
            </w:rPr>
            <w:fldChar w:fldCharType="separate"/>
          </w:r>
          <w:hyperlink w:anchor="_Toc238461402" w:history="1">
            <w:r w:rsidR="003C257A" w:rsidRPr="00760E93">
              <w:rPr>
                <w:rStyle w:val="Hyperkobling"/>
                <w:rFonts w:ascii="Comic Sans MS" w:hAnsi="Comic Sans MS"/>
                <w:noProof/>
              </w:rPr>
              <w:t>Velkomen til Naustvågen barnehage</w:t>
            </w:r>
            <w:r w:rsidR="003C257A">
              <w:rPr>
                <w:noProof/>
                <w:webHidden/>
              </w:rPr>
              <w:tab/>
            </w:r>
            <w:r w:rsidR="003C257A">
              <w:rPr>
                <w:noProof/>
                <w:webHidden/>
              </w:rPr>
              <w:fldChar w:fldCharType="begin"/>
            </w:r>
            <w:r w:rsidR="003C257A">
              <w:rPr>
                <w:noProof/>
                <w:webHidden/>
              </w:rPr>
              <w:instrText xml:space="preserve"> PAGEREF _Toc238461402 \h </w:instrText>
            </w:r>
            <w:r w:rsidR="003C257A">
              <w:rPr>
                <w:noProof/>
                <w:webHidden/>
              </w:rPr>
            </w:r>
            <w:r w:rsidR="003C257A">
              <w:rPr>
                <w:noProof/>
                <w:webHidden/>
              </w:rPr>
              <w:fldChar w:fldCharType="separate"/>
            </w:r>
            <w:r w:rsidR="00062F2F">
              <w:rPr>
                <w:noProof/>
                <w:webHidden/>
              </w:rPr>
              <w:t>3</w:t>
            </w:r>
            <w:r w:rsidR="003C257A">
              <w:rPr>
                <w:noProof/>
                <w:webHidden/>
              </w:rPr>
              <w:fldChar w:fldCharType="end"/>
            </w:r>
          </w:hyperlink>
        </w:p>
        <w:p w14:paraId="3245523C" w14:textId="5D009BA9"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03" w:history="1">
            <w:r w:rsidRPr="00760E93">
              <w:rPr>
                <w:rStyle w:val="Hyperkobling"/>
                <w:rFonts w:ascii="Comic Sans MS" w:hAnsi="Comic Sans MS"/>
                <w:noProof/>
              </w:rPr>
              <w:t>Visjon, verdiar og pedagogisk plattform</w:t>
            </w:r>
            <w:r>
              <w:rPr>
                <w:noProof/>
                <w:webHidden/>
              </w:rPr>
              <w:tab/>
            </w:r>
            <w:r>
              <w:rPr>
                <w:noProof/>
                <w:webHidden/>
              </w:rPr>
              <w:fldChar w:fldCharType="begin"/>
            </w:r>
            <w:r>
              <w:rPr>
                <w:noProof/>
                <w:webHidden/>
              </w:rPr>
              <w:instrText xml:space="preserve"> PAGEREF _Toc238461403 \h </w:instrText>
            </w:r>
            <w:r>
              <w:rPr>
                <w:noProof/>
                <w:webHidden/>
              </w:rPr>
            </w:r>
            <w:r>
              <w:rPr>
                <w:noProof/>
                <w:webHidden/>
              </w:rPr>
              <w:fldChar w:fldCharType="separate"/>
            </w:r>
            <w:r w:rsidR="00062F2F">
              <w:rPr>
                <w:noProof/>
                <w:webHidden/>
              </w:rPr>
              <w:t>4</w:t>
            </w:r>
            <w:r>
              <w:rPr>
                <w:noProof/>
                <w:webHidden/>
              </w:rPr>
              <w:fldChar w:fldCharType="end"/>
            </w:r>
          </w:hyperlink>
        </w:p>
        <w:p w14:paraId="2870A29D" w14:textId="3F70FCA2"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04" w:history="1">
            <w:r w:rsidRPr="00760E93">
              <w:rPr>
                <w:rStyle w:val="Hyperkobling"/>
                <w:rFonts w:ascii="Comic Sans MS" w:hAnsi="Comic Sans MS"/>
                <w:noProof/>
              </w:rPr>
              <w:t>Kompetansehevingsprosjekt 2026–2028</w:t>
            </w:r>
            <w:r>
              <w:rPr>
                <w:noProof/>
                <w:webHidden/>
              </w:rPr>
              <w:tab/>
            </w:r>
            <w:r>
              <w:rPr>
                <w:noProof/>
                <w:webHidden/>
              </w:rPr>
              <w:fldChar w:fldCharType="begin"/>
            </w:r>
            <w:r>
              <w:rPr>
                <w:noProof/>
                <w:webHidden/>
              </w:rPr>
              <w:instrText xml:space="preserve"> PAGEREF _Toc238461404 \h </w:instrText>
            </w:r>
            <w:r>
              <w:rPr>
                <w:noProof/>
                <w:webHidden/>
              </w:rPr>
            </w:r>
            <w:r>
              <w:rPr>
                <w:noProof/>
                <w:webHidden/>
              </w:rPr>
              <w:fldChar w:fldCharType="separate"/>
            </w:r>
            <w:r w:rsidR="00062F2F">
              <w:rPr>
                <w:noProof/>
                <w:webHidden/>
              </w:rPr>
              <w:t>6</w:t>
            </w:r>
            <w:r>
              <w:rPr>
                <w:noProof/>
                <w:webHidden/>
              </w:rPr>
              <w:fldChar w:fldCharType="end"/>
            </w:r>
          </w:hyperlink>
        </w:p>
        <w:p w14:paraId="041B1A36" w14:textId="37E696D2"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05" w:history="1">
            <w:r w:rsidRPr="00760E93">
              <w:rPr>
                <w:rStyle w:val="Hyperkobling"/>
                <w:rFonts w:ascii="Comic Sans MS" w:hAnsi="Comic Sans MS"/>
                <w:noProof/>
              </w:rPr>
              <w:t>Samarbeid heim–barnehage</w:t>
            </w:r>
            <w:r>
              <w:rPr>
                <w:noProof/>
                <w:webHidden/>
              </w:rPr>
              <w:tab/>
            </w:r>
            <w:r>
              <w:rPr>
                <w:noProof/>
                <w:webHidden/>
              </w:rPr>
              <w:fldChar w:fldCharType="begin"/>
            </w:r>
            <w:r>
              <w:rPr>
                <w:noProof/>
                <w:webHidden/>
              </w:rPr>
              <w:instrText xml:space="preserve"> PAGEREF _Toc238461405 \h </w:instrText>
            </w:r>
            <w:r>
              <w:rPr>
                <w:noProof/>
                <w:webHidden/>
              </w:rPr>
            </w:r>
            <w:r>
              <w:rPr>
                <w:noProof/>
                <w:webHidden/>
              </w:rPr>
              <w:fldChar w:fldCharType="separate"/>
            </w:r>
            <w:r w:rsidR="00062F2F">
              <w:rPr>
                <w:noProof/>
                <w:webHidden/>
              </w:rPr>
              <w:t>7</w:t>
            </w:r>
            <w:r>
              <w:rPr>
                <w:noProof/>
                <w:webHidden/>
              </w:rPr>
              <w:fldChar w:fldCharType="end"/>
            </w:r>
          </w:hyperlink>
        </w:p>
        <w:p w14:paraId="1EC92D6F" w14:textId="1566FE99"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06" w:history="1">
            <w:r w:rsidRPr="00760E93">
              <w:rPr>
                <w:rStyle w:val="Hyperkobling"/>
                <w:rFonts w:ascii="Comic Sans MS" w:hAnsi="Comic Sans MS"/>
                <w:noProof/>
              </w:rPr>
              <w:t>Barn sin rett til medverknad</w:t>
            </w:r>
            <w:r>
              <w:rPr>
                <w:noProof/>
                <w:webHidden/>
              </w:rPr>
              <w:tab/>
            </w:r>
            <w:r>
              <w:rPr>
                <w:noProof/>
                <w:webHidden/>
              </w:rPr>
              <w:fldChar w:fldCharType="begin"/>
            </w:r>
            <w:r>
              <w:rPr>
                <w:noProof/>
                <w:webHidden/>
              </w:rPr>
              <w:instrText xml:space="preserve"> PAGEREF _Toc238461406 \h </w:instrText>
            </w:r>
            <w:r>
              <w:rPr>
                <w:noProof/>
                <w:webHidden/>
              </w:rPr>
            </w:r>
            <w:r>
              <w:rPr>
                <w:noProof/>
                <w:webHidden/>
              </w:rPr>
              <w:fldChar w:fldCharType="separate"/>
            </w:r>
            <w:r w:rsidR="00062F2F">
              <w:rPr>
                <w:noProof/>
                <w:webHidden/>
              </w:rPr>
              <w:t>9</w:t>
            </w:r>
            <w:r>
              <w:rPr>
                <w:noProof/>
                <w:webHidden/>
              </w:rPr>
              <w:fldChar w:fldCharType="end"/>
            </w:r>
          </w:hyperlink>
        </w:p>
        <w:p w14:paraId="26E0CE6C" w14:textId="1E0A10EE"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07" w:history="1">
            <w:r w:rsidRPr="00760E93">
              <w:rPr>
                <w:rStyle w:val="Hyperkobling"/>
                <w:rFonts w:ascii="Comic Sans MS" w:hAnsi="Comic Sans MS"/>
                <w:noProof/>
              </w:rPr>
              <w:t>Overgangar</w:t>
            </w:r>
            <w:r>
              <w:rPr>
                <w:noProof/>
                <w:webHidden/>
              </w:rPr>
              <w:tab/>
            </w:r>
            <w:r>
              <w:rPr>
                <w:noProof/>
                <w:webHidden/>
              </w:rPr>
              <w:fldChar w:fldCharType="begin"/>
            </w:r>
            <w:r>
              <w:rPr>
                <w:noProof/>
                <w:webHidden/>
              </w:rPr>
              <w:instrText xml:space="preserve"> PAGEREF _Toc238461407 \h </w:instrText>
            </w:r>
            <w:r>
              <w:rPr>
                <w:noProof/>
                <w:webHidden/>
              </w:rPr>
            </w:r>
            <w:r>
              <w:rPr>
                <w:noProof/>
                <w:webHidden/>
              </w:rPr>
              <w:fldChar w:fldCharType="separate"/>
            </w:r>
            <w:r w:rsidR="00062F2F">
              <w:rPr>
                <w:noProof/>
                <w:webHidden/>
              </w:rPr>
              <w:t>11</w:t>
            </w:r>
            <w:r>
              <w:rPr>
                <w:noProof/>
                <w:webHidden/>
              </w:rPr>
              <w:fldChar w:fldCharType="end"/>
            </w:r>
          </w:hyperlink>
        </w:p>
        <w:p w14:paraId="195BC992" w14:textId="1DE81A9F"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08" w:history="1">
            <w:r w:rsidRPr="00760E93">
              <w:rPr>
                <w:rStyle w:val="Hyperkobling"/>
                <w:rFonts w:ascii="Comic Sans MS" w:hAnsi="Comic Sans MS"/>
                <w:noProof/>
              </w:rPr>
              <w:t>Omsorg, leik, læring og danning</w:t>
            </w:r>
            <w:r>
              <w:rPr>
                <w:noProof/>
                <w:webHidden/>
              </w:rPr>
              <w:tab/>
            </w:r>
            <w:r>
              <w:rPr>
                <w:noProof/>
                <w:webHidden/>
              </w:rPr>
              <w:fldChar w:fldCharType="begin"/>
            </w:r>
            <w:r>
              <w:rPr>
                <w:noProof/>
                <w:webHidden/>
              </w:rPr>
              <w:instrText xml:space="preserve"> PAGEREF _Toc238461408 \h </w:instrText>
            </w:r>
            <w:r>
              <w:rPr>
                <w:noProof/>
                <w:webHidden/>
              </w:rPr>
            </w:r>
            <w:r>
              <w:rPr>
                <w:noProof/>
                <w:webHidden/>
              </w:rPr>
              <w:fldChar w:fldCharType="separate"/>
            </w:r>
            <w:r w:rsidR="00062F2F">
              <w:rPr>
                <w:noProof/>
                <w:webHidden/>
              </w:rPr>
              <w:t>13</w:t>
            </w:r>
            <w:r>
              <w:rPr>
                <w:noProof/>
                <w:webHidden/>
              </w:rPr>
              <w:fldChar w:fldCharType="end"/>
            </w:r>
          </w:hyperlink>
        </w:p>
        <w:p w14:paraId="7150B2B0" w14:textId="1FAB43A6" w:rsidR="003C257A" w:rsidRDefault="003C257A">
          <w:pPr>
            <w:pStyle w:val="INNH3"/>
            <w:tabs>
              <w:tab w:val="right" w:leader="dot" w:pos="8630"/>
            </w:tabs>
            <w:rPr>
              <w:rFonts w:asciiTheme="minorHAnsi" w:eastAsiaTheme="minorEastAsia" w:hAnsiTheme="minorHAnsi" w:cstheme="minorBidi"/>
              <w:noProof/>
              <w:kern w:val="2"/>
              <w:sz w:val="24"/>
              <w:szCs w:val="24"/>
              <w14:ligatures w14:val="standardContextual"/>
            </w:rPr>
          </w:pPr>
          <w:hyperlink w:anchor="_Toc238461409" w:history="1">
            <w:r w:rsidRPr="00760E93">
              <w:rPr>
                <w:rStyle w:val="Hyperkobling"/>
                <w:rFonts w:ascii="Comic Sans MS" w:hAnsi="Comic Sans MS"/>
                <w:noProof/>
              </w:rPr>
              <w:t>Omsorg</w:t>
            </w:r>
            <w:r>
              <w:rPr>
                <w:noProof/>
                <w:webHidden/>
              </w:rPr>
              <w:tab/>
            </w:r>
            <w:r>
              <w:rPr>
                <w:noProof/>
                <w:webHidden/>
              </w:rPr>
              <w:fldChar w:fldCharType="begin"/>
            </w:r>
            <w:r>
              <w:rPr>
                <w:noProof/>
                <w:webHidden/>
              </w:rPr>
              <w:instrText xml:space="preserve"> PAGEREF _Toc238461409 \h </w:instrText>
            </w:r>
            <w:r>
              <w:rPr>
                <w:noProof/>
                <w:webHidden/>
              </w:rPr>
            </w:r>
            <w:r>
              <w:rPr>
                <w:noProof/>
                <w:webHidden/>
              </w:rPr>
              <w:fldChar w:fldCharType="separate"/>
            </w:r>
            <w:r w:rsidR="00062F2F">
              <w:rPr>
                <w:noProof/>
                <w:webHidden/>
              </w:rPr>
              <w:t>13</w:t>
            </w:r>
            <w:r>
              <w:rPr>
                <w:noProof/>
                <w:webHidden/>
              </w:rPr>
              <w:fldChar w:fldCharType="end"/>
            </w:r>
          </w:hyperlink>
        </w:p>
        <w:p w14:paraId="3FE4032C" w14:textId="580D3B42" w:rsidR="003C257A" w:rsidRDefault="003C257A">
          <w:pPr>
            <w:pStyle w:val="INNH3"/>
            <w:tabs>
              <w:tab w:val="right" w:leader="dot" w:pos="8630"/>
            </w:tabs>
            <w:rPr>
              <w:rFonts w:asciiTheme="minorHAnsi" w:eastAsiaTheme="minorEastAsia" w:hAnsiTheme="minorHAnsi" w:cstheme="minorBidi"/>
              <w:noProof/>
              <w:kern w:val="2"/>
              <w:sz w:val="24"/>
              <w:szCs w:val="24"/>
              <w14:ligatures w14:val="standardContextual"/>
            </w:rPr>
          </w:pPr>
          <w:hyperlink w:anchor="_Toc238461410" w:history="1">
            <w:r w:rsidRPr="00760E93">
              <w:rPr>
                <w:rStyle w:val="Hyperkobling"/>
                <w:rFonts w:ascii="Comic Sans MS" w:hAnsi="Comic Sans MS"/>
                <w:noProof/>
              </w:rPr>
              <w:t>Kjenneteikn på god praksis?</w:t>
            </w:r>
            <w:r>
              <w:rPr>
                <w:noProof/>
                <w:webHidden/>
              </w:rPr>
              <w:tab/>
            </w:r>
            <w:r>
              <w:rPr>
                <w:noProof/>
                <w:webHidden/>
              </w:rPr>
              <w:fldChar w:fldCharType="begin"/>
            </w:r>
            <w:r>
              <w:rPr>
                <w:noProof/>
                <w:webHidden/>
              </w:rPr>
              <w:instrText xml:space="preserve"> PAGEREF _Toc238461410 \h </w:instrText>
            </w:r>
            <w:r>
              <w:rPr>
                <w:noProof/>
                <w:webHidden/>
              </w:rPr>
            </w:r>
            <w:r>
              <w:rPr>
                <w:noProof/>
                <w:webHidden/>
              </w:rPr>
              <w:fldChar w:fldCharType="separate"/>
            </w:r>
            <w:r w:rsidR="00062F2F">
              <w:rPr>
                <w:noProof/>
                <w:webHidden/>
              </w:rPr>
              <w:t>13</w:t>
            </w:r>
            <w:r>
              <w:rPr>
                <w:noProof/>
                <w:webHidden/>
              </w:rPr>
              <w:fldChar w:fldCharType="end"/>
            </w:r>
          </w:hyperlink>
        </w:p>
        <w:p w14:paraId="295A84EE" w14:textId="3D556C46" w:rsidR="003C257A" w:rsidRDefault="003C257A">
          <w:pPr>
            <w:pStyle w:val="INNH3"/>
            <w:tabs>
              <w:tab w:val="right" w:leader="dot" w:pos="8630"/>
            </w:tabs>
            <w:rPr>
              <w:rFonts w:asciiTheme="minorHAnsi" w:eastAsiaTheme="minorEastAsia" w:hAnsiTheme="minorHAnsi" w:cstheme="minorBidi"/>
              <w:noProof/>
              <w:kern w:val="2"/>
              <w:sz w:val="24"/>
              <w:szCs w:val="24"/>
              <w14:ligatures w14:val="standardContextual"/>
            </w:rPr>
          </w:pPr>
          <w:hyperlink w:anchor="_Toc238461411" w:history="1">
            <w:r w:rsidRPr="00760E93">
              <w:rPr>
                <w:rStyle w:val="Hyperkobling"/>
                <w:rFonts w:ascii="Comic Sans MS" w:hAnsi="Comic Sans MS"/>
                <w:noProof/>
              </w:rPr>
              <w:t>Leik</w:t>
            </w:r>
            <w:r>
              <w:rPr>
                <w:noProof/>
                <w:webHidden/>
              </w:rPr>
              <w:tab/>
            </w:r>
            <w:r>
              <w:rPr>
                <w:noProof/>
                <w:webHidden/>
              </w:rPr>
              <w:fldChar w:fldCharType="begin"/>
            </w:r>
            <w:r>
              <w:rPr>
                <w:noProof/>
                <w:webHidden/>
              </w:rPr>
              <w:instrText xml:space="preserve"> PAGEREF _Toc238461411 \h </w:instrText>
            </w:r>
            <w:r>
              <w:rPr>
                <w:noProof/>
                <w:webHidden/>
              </w:rPr>
            </w:r>
            <w:r>
              <w:rPr>
                <w:noProof/>
                <w:webHidden/>
              </w:rPr>
              <w:fldChar w:fldCharType="separate"/>
            </w:r>
            <w:r w:rsidR="00062F2F">
              <w:rPr>
                <w:noProof/>
                <w:webHidden/>
              </w:rPr>
              <w:t>13</w:t>
            </w:r>
            <w:r>
              <w:rPr>
                <w:noProof/>
                <w:webHidden/>
              </w:rPr>
              <w:fldChar w:fldCharType="end"/>
            </w:r>
          </w:hyperlink>
        </w:p>
        <w:p w14:paraId="10AA5F0D" w14:textId="3380AFD0" w:rsidR="003C257A" w:rsidRDefault="003C257A">
          <w:pPr>
            <w:pStyle w:val="INNH3"/>
            <w:tabs>
              <w:tab w:val="right" w:leader="dot" w:pos="8630"/>
            </w:tabs>
            <w:rPr>
              <w:rFonts w:asciiTheme="minorHAnsi" w:eastAsiaTheme="minorEastAsia" w:hAnsiTheme="minorHAnsi" w:cstheme="minorBidi"/>
              <w:noProof/>
              <w:kern w:val="2"/>
              <w:sz w:val="24"/>
              <w:szCs w:val="24"/>
              <w14:ligatures w14:val="standardContextual"/>
            </w:rPr>
          </w:pPr>
          <w:hyperlink w:anchor="_Toc238461412" w:history="1">
            <w:r w:rsidRPr="00760E93">
              <w:rPr>
                <w:rStyle w:val="Hyperkobling"/>
                <w:rFonts w:ascii="Comic Sans MS" w:hAnsi="Comic Sans MS"/>
                <w:noProof/>
              </w:rPr>
              <w:t>Kjenneteikn på god praksis?</w:t>
            </w:r>
            <w:r>
              <w:rPr>
                <w:noProof/>
                <w:webHidden/>
              </w:rPr>
              <w:tab/>
            </w:r>
            <w:r>
              <w:rPr>
                <w:noProof/>
                <w:webHidden/>
              </w:rPr>
              <w:fldChar w:fldCharType="begin"/>
            </w:r>
            <w:r>
              <w:rPr>
                <w:noProof/>
                <w:webHidden/>
              </w:rPr>
              <w:instrText xml:space="preserve"> PAGEREF _Toc238461412 \h </w:instrText>
            </w:r>
            <w:r>
              <w:rPr>
                <w:noProof/>
                <w:webHidden/>
              </w:rPr>
            </w:r>
            <w:r>
              <w:rPr>
                <w:noProof/>
                <w:webHidden/>
              </w:rPr>
              <w:fldChar w:fldCharType="separate"/>
            </w:r>
            <w:r w:rsidR="00062F2F">
              <w:rPr>
                <w:noProof/>
                <w:webHidden/>
              </w:rPr>
              <w:t>14</w:t>
            </w:r>
            <w:r>
              <w:rPr>
                <w:noProof/>
                <w:webHidden/>
              </w:rPr>
              <w:fldChar w:fldCharType="end"/>
            </w:r>
          </w:hyperlink>
        </w:p>
        <w:p w14:paraId="730D3F39" w14:textId="02F251AA" w:rsidR="003C257A" w:rsidRDefault="003C257A">
          <w:pPr>
            <w:pStyle w:val="INNH3"/>
            <w:tabs>
              <w:tab w:val="right" w:leader="dot" w:pos="8630"/>
            </w:tabs>
            <w:rPr>
              <w:rFonts w:asciiTheme="minorHAnsi" w:eastAsiaTheme="minorEastAsia" w:hAnsiTheme="minorHAnsi" w:cstheme="minorBidi"/>
              <w:noProof/>
              <w:kern w:val="2"/>
              <w:sz w:val="24"/>
              <w:szCs w:val="24"/>
              <w14:ligatures w14:val="standardContextual"/>
            </w:rPr>
          </w:pPr>
          <w:hyperlink w:anchor="_Toc238461413" w:history="1">
            <w:r w:rsidRPr="00760E93">
              <w:rPr>
                <w:rStyle w:val="Hyperkobling"/>
                <w:rFonts w:ascii="Comic Sans MS" w:hAnsi="Comic Sans MS"/>
                <w:noProof/>
              </w:rPr>
              <w:t>Læring</w:t>
            </w:r>
            <w:r>
              <w:rPr>
                <w:noProof/>
                <w:webHidden/>
              </w:rPr>
              <w:tab/>
            </w:r>
            <w:r>
              <w:rPr>
                <w:noProof/>
                <w:webHidden/>
              </w:rPr>
              <w:fldChar w:fldCharType="begin"/>
            </w:r>
            <w:r>
              <w:rPr>
                <w:noProof/>
                <w:webHidden/>
              </w:rPr>
              <w:instrText xml:space="preserve"> PAGEREF _Toc238461413 \h </w:instrText>
            </w:r>
            <w:r>
              <w:rPr>
                <w:noProof/>
                <w:webHidden/>
              </w:rPr>
            </w:r>
            <w:r>
              <w:rPr>
                <w:noProof/>
                <w:webHidden/>
              </w:rPr>
              <w:fldChar w:fldCharType="separate"/>
            </w:r>
            <w:r w:rsidR="00062F2F">
              <w:rPr>
                <w:noProof/>
                <w:webHidden/>
              </w:rPr>
              <w:t>14</w:t>
            </w:r>
            <w:r>
              <w:rPr>
                <w:noProof/>
                <w:webHidden/>
              </w:rPr>
              <w:fldChar w:fldCharType="end"/>
            </w:r>
          </w:hyperlink>
        </w:p>
        <w:p w14:paraId="5E3F752D" w14:textId="49FB2717" w:rsidR="003C257A" w:rsidRDefault="003C257A">
          <w:pPr>
            <w:pStyle w:val="INNH3"/>
            <w:tabs>
              <w:tab w:val="right" w:leader="dot" w:pos="8630"/>
            </w:tabs>
            <w:rPr>
              <w:rFonts w:asciiTheme="minorHAnsi" w:eastAsiaTheme="minorEastAsia" w:hAnsiTheme="minorHAnsi" w:cstheme="minorBidi"/>
              <w:noProof/>
              <w:kern w:val="2"/>
              <w:sz w:val="24"/>
              <w:szCs w:val="24"/>
              <w14:ligatures w14:val="standardContextual"/>
            </w:rPr>
          </w:pPr>
          <w:hyperlink w:anchor="_Toc238461414" w:history="1">
            <w:r w:rsidRPr="00760E93">
              <w:rPr>
                <w:rStyle w:val="Hyperkobling"/>
                <w:rFonts w:ascii="Comic Sans MS" w:hAnsi="Comic Sans MS"/>
                <w:noProof/>
              </w:rPr>
              <w:t>Kjenneteikn på god praksis?</w:t>
            </w:r>
            <w:r>
              <w:rPr>
                <w:noProof/>
                <w:webHidden/>
              </w:rPr>
              <w:tab/>
            </w:r>
            <w:r>
              <w:rPr>
                <w:noProof/>
                <w:webHidden/>
              </w:rPr>
              <w:fldChar w:fldCharType="begin"/>
            </w:r>
            <w:r>
              <w:rPr>
                <w:noProof/>
                <w:webHidden/>
              </w:rPr>
              <w:instrText xml:space="preserve"> PAGEREF _Toc238461414 \h </w:instrText>
            </w:r>
            <w:r>
              <w:rPr>
                <w:noProof/>
                <w:webHidden/>
              </w:rPr>
            </w:r>
            <w:r>
              <w:rPr>
                <w:noProof/>
                <w:webHidden/>
              </w:rPr>
              <w:fldChar w:fldCharType="separate"/>
            </w:r>
            <w:r w:rsidR="00062F2F">
              <w:rPr>
                <w:noProof/>
                <w:webHidden/>
              </w:rPr>
              <w:t>14</w:t>
            </w:r>
            <w:r>
              <w:rPr>
                <w:noProof/>
                <w:webHidden/>
              </w:rPr>
              <w:fldChar w:fldCharType="end"/>
            </w:r>
          </w:hyperlink>
        </w:p>
        <w:p w14:paraId="437F28C6" w14:textId="7464806E" w:rsidR="003C257A" w:rsidRDefault="003C257A">
          <w:pPr>
            <w:pStyle w:val="INNH3"/>
            <w:tabs>
              <w:tab w:val="right" w:leader="dot" w:pos="8630"/>
            </w:tabs>
            <w:rPr>
              <w:rFonts w:asciiTheme="minorHAnsi" w:eastAsiaTheme="minorEastAsia" w:hAnsiTheme="minorHAnsi" w:cstheme="minorBidi"/>
              <w:noProof/>
              <w:kern w:val="2"/>
              <w:sz w:val="24"/>
              <w:szCs w:val="24"/>
              <w14:ligatures w14:val="standardContextual"/>
            </w:rPr>
          </w:pPr>
          <w:hyperlink w:anchor="_Toc238461415" w:history="1">
            <w:r w:rsidRPr="00760E93">
              <w:rPr>
                <w:rStyle w:val="Hyperkobling"/>
                <w:rFonts w:ascii="Comic Sans MS" w:hAnsi="Comic Sans MS"/>
                <w:noProof/>
              </w:rPr>
              <w:t>Danning</w:t>
            </w:r>
            <w:r>
              <w:rPr>
                <w:noProof/>
                <w:webHidden/>
              </w:rPr>
              <w:tab/>
            </w:r>
            <w:r>
              <w:rPr>
                <w:noProof/>
                <w:webHidden/>
              </w:rPr>
              <w:fldChar w:fldCharType="begin"/>
            </w:r>
            <w:r>
              <w:rPr>
                <w:noProof/>
                <w:webHidden/>
              </w:rPr>
              <w:instrText xml:space="preserve"> PAGEREF _Toc238461415 \h </w:instrText>
            </w:r>
            <w:r>
              <w:rPr>
                <w:noProof/>
                <w:webHidden/>
              </w:rPr>
            </w:r>
            <w:r>
              <w:rPr>
                <w:noProof/>
                <w:webHidden/>
              </w:rPr>
              <w:fldChar w:fldCharType="separate"/>
            </w:r>
            <w:r w:rsidR="00062F2F">
              <w:rPr>
                <w:noProof/>
                <w:webHidden/>
              </w:rPr>
              <w:t>15</w:t>
            </w:r>
            <w:r>
              <w:rPr>
                <w:noProof/>
                <w:webHidden/>
              </w:rPr>
              <w:fldChar w:fldCharType="end"/>
            </w:r>
          </w:hyperlink>
        </w:p>
        <w:p w14:paraId="004BFD37" w14:textId="6A2F4DDD" w:rsidR="003C257A" w:rsidRDefault="003C257A">
          <w:pPr>
            <w:pStyle w:val="INNH3"/>
            <w:tabs>
              <w:tab w:val="right" w:leader="dot" w:pos="8630"/>
            </w:tabs>
            <w:rPr>
              <w:rFonts w:asciiTheme="minorHAnsi" w:eastAsiaTheme="minorEastAsia" w:hAnsiTheme="minorHAnsi" w:cstheme="minorBidi"/>
              <w:noProof/>
              <w:kern w:val="2"/>
              <w:sz w:val="24"/>
              <w:szCs w:val="24"/>
              <w14:ligatures w14:val="standardContextual"/>
            </w:rPr>
          </w:pPr>
          <w:hyperlink w:anchor="_Toc238461416" w:history="1">
            <w:r w:rsidRPr="00760E93">
              <w:rPr>
                <w:rStyle w:val="Hyperkobling"/>
                <w:rFonts w:ascii="Comic Sans MS" w:hAnsi="Comic Sans MS"/>
                <w:noProof/>
              </w:rPr>
              <w:t>Kjenneteikn på god praksis?</w:t>
            </w:r>
            <w:r>
              <w:rPr>
                <w:noProof/>
                <w:webHidden/>
              </w:rPr>
              <w:tab/>
            </w:r>
            <w:r>
              <w:rPr>
                <w:noProof/>
                <w:webHidden/>
              </w:rPr>
              <w:fldChar w:fldCharType="begin"/>
            </w:r>
            <w:r>
              <w:rPr>
                <w:noProof/>
                <w:webHidden/>
              </w:rPr>
              <w:instrText xml:space="preserve"> PAGEREF _Toc238461416 \h </w:instrText>
            </w:r>
            <w:r>
              <w:rPr>
                <w:noProof/>
                <w:webHidden/>
              </w:rPr>
            </w:r>
            <w:r>
              <w:rPr>
                <w:noProof/>
                <w:webHidden/>
              </w:rPr>
              <w:fldChar w:fldCharType="separate"/>
            </w:r>
            <w:r w:rsidR="00062F2F">
              <w:rPr>
                <w:noProof/>
                <w:webHidden/>
              </w:rPr>
              <w:t>15</w:t>
            </w:r>
            <w:r>
              <w:rPr>
                <w:noProof/>
                <w:webHidden/>
              </w:rPr>
              <w:fldChar w:fldCharType="end"/>
            </w:r>
          </w:hyperlink>
        </w:p>
        <w:p w14:paraId="7E3DCCD1" w14:textId="0D7134B4"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17" w:history="1">
            <w:r w:rsidRPr="00760E93">
              <w:rPr>
                <w:rStyle w:val="Hyperkobling"/>
                <w:rFonts w:ascii="Comic Sans MS" w:hAnsi="Comic Sans MS"/>
                <w:noProof/>
              </w:rPr>
              <w:t>Vurdering og kvalitetsutvikling</w:t>
            </w:r>
            <w:r>
              <w:rPr>
                <w:noProof/>
                <w:webHidden/>
              </w:rPr>
              <w:tab/>
            </w:r>
            <w:r>
              <w:rPr>
                <w:noProof/>
                <w:webHidden/>
              </w:rPr>
              <w:fldChar w:fldCharType="begin"/>
            </w:r>
            <w:r>
              <w:rPr>
                <w:noProof/>
                <w:webHidden/>
              </w:rPr>
              <w:instrText xml:space="preserve"> PAGEREF _Toc238461417 \h </w:instrText>
            </w:r>
            <w:r>
              <w:rPr>
                <w:noProof/>
                <w:webHidden/>
              </w:rPr>
            </w:r>
            <w:r>
              <w:rPr>
                <w:noProof/>
                <w:webHidden/>
              </w:rPr>
              <w:fldChar w:fldCharType="separate"/>
            </w:r>
            <w:r w:rsidR="00062F2F">
              <w:rPr>
                <w:noProof/>
                <w:webHidden/>
              </w:rPr>
              <w:t>16</w:t>
            </w:r>
            <w:r>
              <w:rPr>
                <w:noProof/>
                <w:webHidden/>
              </w:rPr>
              <w:fldChar w:fldCharType="end"/>
            </w:r>
          </w:hyperlink>
        </w:p>
        <w:p w14:paraId="23E763B7" w14:textId="49AD4316"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18" w:history="1">
            <w:r w:rsidRPr="00760E93">
              <w:rPr>
                <w:rStyle w:val="Hyperkobling"/>
                <w:rFonts w:ascii="Comic Sans MS" w:hAnsi="Comic Sans MS"/>
                <w:noProof/>
              </w:rPr>
              <w:t>Digitale verktøy</w:t>
            </w:r>
            <w:r>
              <w:rPr>
                <w:noProof/>
                <w:webHidden/>
              </w:rPr>
              <w:tab/>
            </w:r>
            <w:r>
              <w:rPr>
                <w:noProof/>
                <w:webHidden/>
              </w:rPr>
              <w:fldChar w:fldCharType="begin"/>
            </w:r>
            <w:r>
              <w:rPr>
                <w:noProof/>
                <w:webHidden/>
              </w:rPr>
              <w:instrText xml:space="preserve"> PAGEREF _Toc238461418 \h </w:instrText>
            </w:r>
            <w:r>
              <w:rPr>
                <w:noProof/>
                <w:webHidden/>
              </w:rPr>
            </w:r>
            <w:r>
              <w:rPr>
                <w:noProof/>
                <w:webHidden/>
              </w:rPr>
              <w:fldChar w:fldCharType="separate"/>
            </w:r>
            <w:r w:rsidR="00062F2F">
              <w:rPr>
                <w:noProof/>
                <w:webHidden/>
              </w:rPr>
              <w:t>18</w:t>
            </w:r>
            <w:r>
              <w:rPr>
                <w:noProof/>
                <w:webHidden/>
              </w:rPr>
              <w:fldChar w:fldCharType="end"/>
            </w:r>
          </w:hyperlink>
        </w:p>
        <w:p w14:paraId="7EE93A05" w14:textId="17C65502"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19" w:history="1">
            <w:r w:rsidRPr="00760E93">
              <w:rPr>
                <w:rStyle w:val="Hyperkobling"/>
                <w:rFonts w:ascii="Comic Sans MS" w:hAnsi="Comic Sans MS"/>
                <w:noProof/>
              </w:rPr>
              <w:t>Årshjul</w:t>
            </w:r>
            <w:r>
              <w:rPr>
                <w:noProof/>
                <w:webHidden/>
              </w:rPr>
              <w:tab/>
            </w:r>
            <w:r>
              <w:rPr>
                <w:noProof/>
                <w:webHidden/>
              </w:rPr>
              <w:fldChar w:fldCharType="begin"/>
            </w:r>
            <w:r>
              <w:rPr>
                <w:noProof/>
                <w:webHidden/>
              </w:rPr>
              <w:instrText xml:space="preserve"> PAGEREF _Toc238461419 \h </w:instrText>
            </w:r>
            <w:r>
              <w:rPr>
                <w:noProof/>
                <w:webHidden/>
              </w:rPr>
            </w:r>
            <w:r>
              <w:rPr>
                <w:noProof/>
                <w:webHidden/>
              </w:rPr>
              <w:fldChar w:fldCharType="separate"/>
            </w:r>
            <w:r w:rsidR="00062F2F">
              <w:rPr>
                <w:noProof/>
                <w:webHidden/>
              </w:rPr>
              <w:t>19</w:t>
            </w:r>
            <w:r>
              <w:rPr>
                <w:noProof/>
                <w:webHidden/>
              </w:rPr>
              <w:fldChar w:fldCharType="end"/>
            </w:r>
          </w:hyperlink>
        </w:p>
        <w:p w14:paraId="5463CA26" w14:textId="6138A330" w:rsidR="003C257A" w:rsidRDefault="003C257A">
          <w:pPr>
            <w:pStyle w:val="INNH2"/>
            <w:tabs>
              <w:tab w:val="right" w:leader="dot" w:pos="8630"/>
            </w:tabs>
            <w:rPr>
              <w:rFonts w:asciiTheme="minorHAnsi" w:eastAsiaTheme="minorEastAsia" w:hAnsiTheme="minorHAnsi" w:cstheme="minorBidi"/>
              <w:i w:val="0"/>
              <w:iCs w:val="0"/>
              <w:noProof/>
              <w:kern w:val="2"/>
              <w:sz w:val="24"/>
              <w:szCs w:val="24"/>
              <w14:ligatures w14:val="standardContextual"/>
            </w:rPr>
          </w:pPr>
          <w:hyperlink w:anchor="_Toc238461420" w:history="1">
            <w:r w:rsidRPr="00760E93">
              <w:rPr>
                <w:rStyle w:val="Hyperkobling"/>
                <w:rFonts w:ascii="Comic Sans MS" w:hAnsi="Comic Sans MS"/>
                <w:noProof/>
              </w:rPr>
              <w:t>Godkjenning av årsplan</w:t>
            </w:r>
            <w:r>
              <w:rPr>
                <w:noProof/>
                <w:webHidden/>
              </w:rPr>
              <w:tab/>
            </w:r>
            <w:r>
              <w:rPr>
                <w:noProof/>
                <w:webHidden/>
              </w:rPr>
              <w:fldChar w:fldCharType="begin"/>
            </w:r>
            <w:r>
              <w:rPr>
                <w:noProof/>
                <w:webHidden/>
              </w:rPr>
              <w:instrText xml:space="preserve"> PAGEREF _Toc238461420 \h </w:instrText>
            </w:r>
            <w:r>
              <w:rPr>
                <w:noProof/>
                <w:webHidden/>
              </w:rPr>
            </w:r>
            <w:r>
              <w:rPr>
                <w:noProof/>
                <w:webHidden/>
              </w:rPr>
              <w:fldChar w:fldCharType="separate"/>
            </w:r>
            <w:r w:rsidR="00062F2F">
              <w:rPr>
                <w:noProof/>
                <w:webHidden/>
              </w:rPr>
              <w:t>20</w:t>
            </w:r>
            <w:r>
              <w:rPr>
                <w:noProof/>
                <w:webHidden/>
              </w:rPr>
              <w:fldChar w:fldCharType="end"/>
            </w:r>
          </w:hyperlink>
        </w:p>
        <w:p w14:paraId="779DA255" w14:textId="134F0938" w:rsidR="00F80148" w:rsidRPr="000A7371" w:rsidRDefault="00F80148">
          <w:pPr>
            <w:rPr>
              <w:rFonts w:ascii="Comic Sans MS" w:hAnsi="Comic Sans MS"/>
            </w:rPr>
          </w:pPr>
          <w:r w:rsidRPr="000A7371">
            <w:rPr>
              <w:rFonts w:ascii="Comic Sans MS" w:hAnsi="Comic Sans MS"/>
              <w:b/>
              <w:bCs/>
              <w:noProof/>
            </w:rPr>
            <w:fldChar w:fldCharType="end"/>
          </w:r>
        </w:p>
      </w:sdtContent>
    </w:sdt>
    <w:p w14:paraId="07536DCC" w14:textId="77777777" w:rsidR="00F80148" w:rsidRPr="000A7371" w:rsidRDefault="00F80148" w:rsidP="00F80148">
      <w:pPr>
        <w:rPr>
          <w:rFonts w:ascii="Comic Sans MS" w:hAnsi="Comic Sans MS"/>
        </w:rPr>
      </w:pPr>
    </w:p>
    <w:p w14:paraId="156D978E" w14:textId="77777777" w:rsidR="00F80148" w:rsidRPr="000A7371" w:rsidRDefault="00F80148" w:rsidP="00F80148">
      <w:pPr>
        <w:rPr>
          <w:rFonts w:ascii="Comic Sans MS" w:hAnsi="Comic Sans MS"/>
        </w:rPr>
      </w:pPr>
    </w:p>
    <w:p w14:paraId="64C00609" w14:textId="77777777" w:rsidR="00F80148" w:rsidRPr="000A7371" w:rsidRDefault="00F80148" w:rsidP="00F80148">
      <w:pPr>
        <w:rPr>
          <w:rFonts w:ascii="Comic Sans MS" w:hAnsi="Comic Sans MS"/>
        </w:rPr>
      </w:pPr>
    </w:p>
    <w:p w14:paraId="070A074F" w14:textId="483F733D" w:rsidR="005979F6" w:rsidRPr="00FF428D" w:rsidRDefault="00F80148" w:rsidP="00F80148">
      <w:pPr>
        <w:pStyle w:val="Overskrift2"/>
        <w:rPr>
          <w:rFonts w:ascii="Comic Sans MS" w:hAnsi="Comic Sans MS"/>
          <w:lang w:val="nn-NO"/>
        </w:rPr>
      </w:pPr>
      <w:r w:rsidRPr="000A7371">
        <w:rPr>
          <w:rFonts w:ascii="Comic Sans MS" w:hAnsi="Comic Sans MS"/>
        </w:rPr>
        <w:br w:type="page"/>
      </w:r>
      <w:bookmarkStart w:id="0" w:name="_Toc238461402"/>
      <w:r w:rsidRPr="00FF428D">
        <w:rPr>
          <w:rFonts w:ascii="Comic Sans MS" w:hAnsi="Comic Sans MS"/>
          <w:lang w:val="nn-NO"/>
        </w:rPr>
        <w:lastRenderedPageBreak/>
        <w:t>Velkomen til Naustvågen barnehage</w:t>
      </w:r>
      <w:bookmarkEnd w:id="0"/>
    </w:p>
    <w:p w14:paraId="12768308" w14:textId="77777777" w:rsidR="001A0938" w:rsidRPr="00FF428D" w:rsidRDefault="001A0938" w:rsidP="001A0938">
      <w:pPr>
        <w:rPr>
          <w:lang w:val="nn-NO"/>
        </w:rPr>
      </w:pPr>
    </w:p>
    <w:p w14:paraId="26C7236A" w14:textId="0A73275B" w:rsidR="005979F6" w:rsidRPr="00FF428D" w:rsidRDefault="00970104">
      <w:pPr>
        <w:rPr>
          <w:rFonts w:ascii="Comic Sans MS" w:hAnsi="Comic Sans MS"/>
          <w:lang w:val="nn-NO"/>
        </w:rPr>
      </w:pPr>
      <w:r w:rsidRPr="00FF428D">
        <w:rPr>
          <w:rFonts w:ascii="Comic Sans MS" w:hAnsi="Comic Sans MS"/>
          <w:lang w:val="nn-NO"/>
        </w:rPr>
        <w:t>Naustvågen barnehage er ein privat, ideell barnehage</w:t>
      </w:r>
      <w:r w:rsidR="00BC4FF9" w:rsidRPr="00FF428D">
        <w:rPr>
          <w:rFonts w:ascii="Comic Sans MS" w:hAnsi="Comic Sans MS"/>
          <w:lang w:val="nn-NO"/>
        </w:rPr>
        <w:t xml:space="preserve"> (stiftelse)</w:t>
      </w:r>
      <w:r w:rsidRPr="00FF428D">
        <w:rPr>
          <w:rFonts w:ascii="Comic Sans MS" w:hAnsi="Comic Sans MS"/>
          <w:lang w:val="nn-NO"/>
        </w:rPr>
        <w:t xml:space="preserve"> som ligg i naturskjønne omgjevnader ved Aker Solutions på Stord. Med skogen, sjøen nærmiljøet</w:t>
      </w:r>
      <w:r w:rsidR="00BC4FF9" w:rsidRPr="00FF428D">
        <w:rPr>
          <w:rFonts w:ascii="Comic Sans MS" w:hAnsi="Comic Sans MS"/>
          <w:lang w:val="nn-NO"/>
        </w:rPr>
        <w:t xml:space="preserve"> og uteområdet</w:t>
      </w:r>
      <w:r w:rsidRPr="00FF428D">
        <w:rPr>
          <w:rFonts w:ascii="Comic Sans MS" w:hAnsi="Comic Sans MS"/>
          <w:lang w:val="nn-NO"/>
        </w:rPr>
        <w:t xml:space="preserve"> som læringsarena får barna oppleva ein variert kvardag prega av leik, utforsking og gode naturopplevingar.</w:t>
      </w:r>
    </w:p>
    <w:p w14:paraId="10684D9A" w14:textId="77777777" w:rsidR="002D0DE5" w:rsidRPr="00FF428D" w:rsidRDefault="002D0DE5">
      <w:pPr>
        <w:rPr>
          <w:rFonts w:ascii="Comic Sans MS" w:hAnsi="Comic Sans MS"/>
          <w:lang w:val="nn-NO"/>
        </w:rPr>
      </w:pPr>
    </w:p>
    <w:p w14:paraId="40A65873" w14:textId="77777777" w:rsidR="005979F6" w:rsidRPr="00FF428D" w:rsidRDefault="00970104">
      <w:pPr>
        <w:rPr>
          <w:rFonts w:ascii="Comic Sans MS" w:hAnsi="Comic Sans MS"/>
          <w:lang w:val="nn-NO"/>
        </w:rPr>
      </w:pPr>
      <w:r w:rsidRPr="00FF428D">
        <w:rPr>
          <w:rFonts w:ascii="Comic Sans MS" w:hAnsi="Comic Sans MS"/>
          <w:lang w:val="nn-NO"/>
        </w:rPr>
        <w:t>Barnehagen er organisert som ei stifting og er eigd av tilsette ved Aker Solutions som til ei kvar tid har barn i barnehagen.</w:t>
      </w:r>
    </w:p>
    <w:p w14:paraId="2B02B023" w14:textId="77777777" w:rsidR="00BC4FF9" w:rsidRPr="00FF428D" w:rsidRDefault="00BC4FF9" w:rsidP="00BC4FF9">
      <w:pPr>
        <w:rPr>
          <w:rFonts w:ascii="Comic Sans MS" w:hAnsi="Comic Sans MS"/>
          <w:lang w:val="nn-NO"/>
        </w:rPr>
      </w:pPr>
    </w:p>
    <w:p w14:paraId="05767954" w14:textId="067765D4" w:rsidR="002D0DE5" w:rsidRPr="00FF428D" w:rsidRDefault="00BC4FF9">
      <w:pPr>
        <w:rPr>
          <w:rFonts w:ascii="Comic Sans MS" w:hAnsi="Comic Sans MS"/>
          <w:lang w:val="nn-NO"/>
        </w:rPr>
      </w:pPr>
      <w:r w:rsidRPr="00FF428D">
        <w:rPr>
          <w:rFonts w:ascii="Comic Sans MS" w:hAnsi="Comic Sans MS"/>
          <w:color w:val="000000"/>
          <w:lang w:val="nn-NO"/>
        </w:rPr>
        <w:t>Barnehageåret 2026–2027 har me 51 barn fordelte på tre avdelingar. Me er 16 tilsette i ulike stillingar som saman arbeider for å skapa ein trygg, inkluderande og utviklande barnehagekvardag for alle barna.</w:t>
      </w:r>
    </w:p>
    <w:p w14:paraId="113383EA" w14:textId="77777777" w:rsidR="00BC4FF9" w:rsidRPr="00FF428D" w:rsidRDefault="00BC4FF9">
      <w:pPr>
        <w:rPr>
          <w:rFonts w:ascii="Comic Sans MS" w:hAnsi="Comic Sans MS"/>
          <w:lang w:val="nn-NO"/>
        </w:rPr>
      </w:pPr>
    </w:p>
    <w:p w14:paraId="23565402" w14:textId="3DDAE297" w:rsidR="005979F6" w:rsidRPr="00FF428D" w:rsidRDefault="00970104">
      <w:pPr>
        <w:rPr>
          <w:rFonts w:ascii="Comic Sans MS" w:hAnsi="Comic Sans MS"/>
          <w:lang w:val="nn-NO"/>
        </w:rPr>
      </w:pPr>
      <w:r w:rsidRPr="00FF428D">
        <w:rPr>
          <w:rFonts w:ascii="Comic Sans MS" w:hAnsi="Comic Sans MS"/>
          <w:lang w:val="nn-NO"/>
        </w:rPr>
        <w:t>Nærmiljøet er ein viktig del av det pedagogiske arbeidet vårt. Gjennom turar, leik og prosjekt nyttar me naturen og lokalmiljøet som arena for utforsking, læring og fellesskap. Me ønskjer at barna skal utvikla glede over å vera ute og få eit nært forhold til naturen og nærmiljøet sitt.</w:t>
      </w:r>
    </w:p>
    <w:p w14:paraId="3A873F7C" w14:textId="77777777" w:rsidR="002D0DE5" w:rsidRPr="00FF428D" w:rsidRDefault="002D0DE5">
      <w:pPr>
        <w:rPr>
          <w:rFonts w:ascii="Comic Sans MS" w:hAnsi="Comic Sans MS"/>
          <w:lang w:val="nn-NO"/>
        </w:rPr>
      </w:pPr>
    </w:p>
    <w:p w14:paraId="41E18B8C" w14:textId="77777777" w:rsidR="005979F6" w:rsidRPr="00FF428D" w:rsidRDefault="00970104">
      <w:pPr>
        <w:rPr>
          <w:rFonts w:ascii="Comic Sans MS" w:hAnsi="Comic Sans MS"/>
          <w:b/>
          <w:bCs/>
          <w:lang w:val="nn-NO"/>
        </w:rPr>
      </w:pPr>
      <w:r w:rsidRPr="00FF428D">
        <w:rPr>
          <w:rFonts w:ascii="Comic Sans MS" w:hAnsi="Comic Sans MS"/>
          <w:b/>
          <w:bCs/>
          <w:lang w:val="nn-NO"/>
        </w:rPr>
        <w:t>Lovverk</w:t>
      </w:r>
    </w:p>
    <w:p w14:paraId="04B343E4" w14:textId="77777777" w:rsidR="005979F6" w:rsidRPr="00FF428D" w:rsidRDefault="00970104">
      <w:pPr>
        <w:rPr>
          <w:rFonts w:ascii="Comic Sans MS" w:hAnsi="Comic Sans MS"/>
          <w:lang w:val="nn-NO"/>
        </w:rPr>
      </w:pPr>
      <w:r w:rsidRPr="00FF428D">
        <w:rPr>
          <w:rFonts w:ascii="Comic Sans MS" w:hAnsi="Comic Sans MS"/>
          <w:lang w:val="nn-NO"/>
        </w:rPr>
        <w:t>Dei tilsette har teieplikt og opplysningsplikt i samsvar med barnehagelova.</w:t>
      </w:r>
    </w:p>
    <w:p w14:paraId="6BFAE1A8" w14:textId="77777777" w:rsidR="002D0DE5" w:rsidRPr="00FF428D" w:rsidRDefault="002D0DE5">
      <w:pPr>
        <w:rPr>
          <w:rFonts w:ascii="Comic Sans MS" w:hAnsi="Comic Sans MS"/>
          <w:lang w:val="nn-NO"/>
        </w:rPr>
      </w:pPr>
    </w:p>
    <w:p w14:paraId="6C4046FC" w14:textId="09EB0B51" w:rsidR="005979F6" w:rsidRPr="00FF428D" w:rsidRDefault="00970104">
      <w:pPr>
        <w:rPr>
          <w:rFonts w:ascii="Comic Sans MS" w:hAnsi="Comic Sans MS"/>
          <w:color w:val="000000"/>
          <w:lang w:val="nn-NO"/>
        </w:rPr>
      </w:pPr>
      <w:r w:rsidRPr="00FF428D">
        <w:rPr>
          <w:rFonts w:ascii="Comic Sans MS" w:hAnsi="Comic Sans MS"/>
          <w:lang w:val="nn-NO"/>
        </w:rPr>
        <w:t xml:space="preserve">Naustvågen barnehage har nulltoleranse mot krenkingar og mobbing. Me arbeider systematisk for å sikra at alle barn </w:t>
      </w:r>
      <w:r w:rsidR="00BC4FF9" w:rsidRPr="00FF428D">
        <w:rPr>
          <w:rFonts w:ascii="Comic Sans MS" w:hAnsi="Comic Sans MS"/>
          <w:lang w:val="nn-NO"/>
        </w:rPr>
        <w:t xml:space="preserve">og vaksne </w:t>
      </w:r>
      <w:r w:rsidRPr="00FF428D">
        <w:rPr>
          <w:rFonts w:ascii="Comic Sans MS" w:hAnsi="Comic Sans MS"/>
          <w:lang w:val="nn-NO"/>
        </w:rPr>
        <w:t>opplever eit trygt og godt barnehagemiljø</w:t>
      </w:r>
      <w:r w:rsidR="00BC4FF9" w:rsidRPr="00FF428D">
        <w:rPr>
          <w:rFonts w:ascii="Comic Sans MS" w:hAnsi="Comic Sans MS"/>
          <w:lang w:val="nn-NO"/>
        </w:rPr>
        <w:t xml:space="preserve">/arbeidsmiljø </w:t>
      </w:r>
      <w:r w:rsidRPr="00FF428D">
        <w:rPr>
          <w:rFonts w:ascii="Comic Sans MS" w:hAnsi="Comic Sans MS"/>
          <w:lang w:val="nn-NO"/>
        </w:rPr>
        <w:t>i tråd med kapittel 8 i barnehagelova.</w:t>
      </w:r>
      <w:r w:rsidR="00212BAF" w:rsidRPr="00FF428D">
        <w:rPr>
          <w:rFonts w:ascii="Comic Sans MS" w:hAnsi="Comic Sans MS"/>
          <w:lang w:val="nn-NO"/>
        </w:rPr>
        <w:t xml:space="preserve"> </w:t>
      </w:r>
      <w:r w:rsidR="00212BAF" w:rsidRPr="00FF428D">
        <w:rPr>
          <w:rFonts w:ascii="Comic Sans MS" w:hAnsi="Comic Sans MS"/>
          <w:color w:val="000000"/>
          <w:lang w:val="nn-NO"/>
        </w:rPr>
        <w:t>Me arbeider førebyggjande kvar dag for å fremja eit inkluderande fellesskap der alle opplever å høyra til.</w:t>
      </w:r>
    </w:p>
    <w:p w14:paraId="7DF3FCFE" w14:textId="77777777" w:rsidR="002D0DE5" w:rsidRPr="00FF428D" w:rsidRDefault="002D0DE5">
      <w:pPr>
        <w:rPr>
          <w:rFonts w:ascii="Comic Sans MS" w:hAnsi="Comic Sans MS"/>
          <w:sz w:val="22"/>
          <w:szCs w:val="22"/>
          <w:lang w:val="nn-NO"/>
        </w:rPr>
      </w:pPr>
    </w:p>
    <w:p w14:paraId="78F0247C" w14:textId="77777777" w:rsidR="005979F6" w:rsidRPr="00FF428D" w:rsidRDefault="00970104">
      <w:pPr>
        <w:rPr>
          <w:rFonts w:ascii="Comic Sans MS" w:hAnsi="Comic Sans MS"/>
          <w:b/>
          <w:bCs/>
          <w:lang w:val="nn-NO"/>
        </w:rPr>
      </w:pPr>
      <w:r w:rsidRPr="00FF428D">
        <w:rPr>
          <w:rFonts w:ascii="Comic Sans MS" w:hAnsi="Comic Sans MS"/>
          <w:b/>
          <w:bCs/>
          <w:lang w:val="nn-NO"/>
        </w:rPr>
        <w:t>Dagsrytme</w:t>
      </w:r>
    </w:p>
    <w:p w14:paraId="2FB49B77" w14:textId="77777777" w:rsidR="005979F6" w:rsidRPr="00FF428D" w:rsidRDefault="00970104">
      <w:pPr>
        <w:rPr>
          <w:rFonts w:ascii="Comic Sans MS" w:hAnsi="Comic Sans MS"/>
          <w:lang w:val="nn-NO"/>
        </w:rPr>
      </w:pPr>
      <w:r w:rsidRPr="00FF428D">
        <w:rPr>
          <w:rFonts w:ascii="Comic Sans MS" w:hAnsi="Comic Sans MS"/>
          <w:lang w:val="nn-NO"/>
        </w:rPr>
        <w:t xml:space="preserve">Dagsrytmen vår skaper tryggleik og </w:t>
      </w:r>
      <w:proofErr w:type="spellStart"/>
      <w:r w:rsidRPr="00FF428D">
        <w:rPr>
          <w:rFonts w:ascii="Comic Sans MS" w:hAnsi="Comic Sans MS"/>
          <w:lang w:val="nn-NO"/>
        </w:rPr>
        <w:t>føreseielegheit</w:t>
      </w:r>
      <w:proofErr w:type="spellEnd"/>
      <w:r w:rsidRPr="00FF428D">
        <w:rPr>
          <w:rFonts w:ascii="Comic Sans MS" w:hAnsi="Comic Sans MS"/>
          <w:lang w:val="nn-NO"/>
        </w:rPr>
        <w:t xml:space="preserve"> for barna. Samstundes er han fleksibel og vert tilpassa barna sine behov, alder og aktivitetane gjennom dagen.</w:t>
      </w:r>
    </w:p>
    <w:p w14:paraId="3DFB75D0" w14:textId="77777777" w:rsidR="00586A28" w:rsidRPr="00FF428D" w:rsidRDefault="00586A28">
      <w:pPr>
        <w:rPr>
          <w:rFonts w:ascii="Comic Sans MS" w:hAnsi="Comic Sans MS"/>
          <w:lang w:val="nn-NO"/>
        </w:rPr>
      </w:pPr>
    </w:p>
    <w:p w14:paraId="22DD152C" w14:textId="77777777" w:rsidR="005979F6" w:rsidRPr="00FF428D" w:rsidRDefault="005979F6">
      <w:pPr>
        <w:rPr>
          <w:rFonts w:ascii="Comic Sans MS" w:hAnsi="Comic Sans MS"/>
          <w:lang w:val="nn-NO"/>
        </w:rPr>
      </w:pPr>
    </w:p>
    <w:p w14:paraId="61045337" w14:textId="0545653A" w:rsidR="00BC4FF9" w:rsidRPr="00FF428D" w:rsidRDefault="00BC4FF9">
      <w:pPr>
        <w:rPr>
          <w:rStyle w:val="Sterk"/>
          <w:rFonts w:ascii="Comic Sans MS" w:hAnsi="Comic Sans MS"/>
          <w:color w:val="000000"/>
          <w:lang w:val="nn-NO"/>
        </w:rPr>
      </w:pPr>
      <w:r w:rsidRPr="00FF428D">
        <w:rPr>
          <w:rStyle w:val="Sterk"/>
          <w:rFonts w:ascii="Comic Sans MS" w:hAnsi="Comic Sans MS"/>
          <w:color w:val="000000"/>
          <w:lang w:val="nn-NO"/>
        </w:rPr>
        <w:t>Tid</w:t>
      </w:r>
      <w:r w:rsidRPr="00FF428D">
        <w:rPr>
          <w:rStyle w:val="Sterk"/>
          <w:rFonts w:ascii="Comic Sans MS" w:hAnsi="Comic Sans MS"/>
          <w:color w:val="000000"/>
          <w:lang w:val="nn-NO"/>
        </w:rPr>
        <w:t> </w:t>
      </w:r>
      <w:r w:rsidRPr="00FF428D">
        <w:rPr>
          <w:rStyle w:val="Sterk"/>
          <w:rFonts w:ascii="Comic Sans MS" w:hAnsi="Comic Sans MS"/>
          <w:color w:val="000000"/>
          <w:lang w:val="nn-NO"/>
        </w:rPr>
        <w:t xml:space="preserve"> Aktivitet</w:t>
      </w:r>
      <w:r w:rsidRPr="00FF428D">
        <w:rPr>
          <w:rFonts w:ascii="Comic Sans MS" w:hAnsi="Comic Sans MS"/>
          <w:color w:val="000000"/>
          <w:lang w:val="nn-NO"/>
        </w:rPr>
        <w:br/>
      </w:r>
      <w:r w:rsidRPr="00FF428D">
        <w:rPr>
          <w:rStyle w:val="Sterk"/>
          <w:rFonts w:ascii="Comic Sans MS" w:hAnsi="Comic Sans MS"/>
          <w:color w:val="000000"/>
          <w:lang w:val="nn-NO"/>
        </w:rPr>
        <w:t>06.30</w:t>
      </w:r>
      <w:r w:rsidRPr="00FF428D">
        <w:rPr>
          <w:rFonts w:ascii="Comic Sans MS" w:hAnsi="Comic Sans MS"/>
          <w:color w:val="000000"/>
          <w:lang w:val="nn-NO"/>
        </w:rPr>
        <w:t> </w:t>
      </w:r>
      <w:r w:rsidRPr="00FF428D">
        <w:rPr>
          <w:rFonts w:ascii="Comic Sans MS" w:hAnsi="Comic Sans MS"/>
          <w:color w:val="000000"/>
          <w:lang w:val="nn-NO"/>
        </w:rPr>
        <w:t>Barnehagen opnar, leik fram til frukost.</w:t>
      </w:r>
      <w:r w:rsidRPr="00FF428D">
        <w:rPr>
          <w:rFonts w:ascii="Comic Sans MS" w:hAnsi="Comic Sans MS"/>
          <w:color w:val="000000"/>
          <w:lang w:val="nn-NO"/>
        </w:rPr>
        <w:br/>
      </w:r>
      <w:r w:rsidRPr="00FF428D">
        <w:rPr>
          <w:rStyle w:val="Sterk"/>
          <w:rFonts w:ascii="Comic Sans MS" w:hAnsi="Comic Sans MS"/>
          <w:color w:val="000000"/>
          <w:lang w:val="nn-NO"/>
        </w:rPr>
        <w:t>08.00</w:t>
      </w:r>
      <w:r w:rsidRPr="00FF428D">
        <w:rPr>
          <w:rFonts w:ascii="Comic Sans MS" w:hAnsi="Comic Sans MS"/>
          <w:color w:val="000000"/>
          <w:lang w:val="nn-NO"/>
        </w:rPr>
        <w:t> </w:t>
      </w:r>
      <w:r w:rsidRPr="00FF428D">
        <w:rPr>
          <w:rFonts w:ascii="Comic Sans MS" w:hAnsi="Comic Sans MS"/>
          <w:color w:val="000000"/>
          <w:lang w:val="nn-NO"/>
        </w:rPr>
        <w:t xml:space="preserve">Frukost </w:t>
      </w:r>
      <w:r w:rsidR="00CC7BF4" w:rsidRPr="00FF428D">
        <w:rPr>
          <w:rFonts w:ascii="Comic Sans MS" w:hAnsi="Comic Sans MS"/>
          <w:color w:val="000000"/>
          <w:lang w:val="nn-NO"/>
        </w:rPr>
        <w:t>(har oppstart ca. kl. 08.00 og varer til om lag kl. 08.45)</w:t>
      </w:r>
      <w:r w:rsidRPr="00FF428D">
        <w:rPr>
          <w:rFonts w:ascii="Comic Sans MS" w:hAnsi="Comic Sans MS"/>
          <w:color w:val="000000"/>
          <w:lang w:val="nn-NO"/>
        </w:rPr>
        <w:br/>
      </w:r>
    </w:p>
    <w:p w14:paraId="56EFB7FB" w14:textId="6517E6F6" w:rsidR="00F80148" w:rsidRPr="00FF428D" w:rsidRDefault="00BC4FF9">
      <w:pPr>
        <w:rPr>
          <w:rFonts w:ascii="Comic Sans MS" w:hAnsi="Comic Sans MS"/>
          <w:lang w:val="nn-NO"/>
        </w:rPr>
      </w:pPr>
      <w:r w:rsidRPr="00FF428D">
        <w:rPr>
          <w:rStyle w:val="Sterk"/>
          <w:rFonts w:ascii="Comic Sans MS" w:hAnsi="Comic Sans MS"/>
          <w:color w:val="000000"/>
          <w:lang w:val="nn-NO"/>
        </w:rPr>
        <w:lastRenderedPageBreak/>
        <w:t>09.30</w:t>
      </w:r>
      <w:r w:rsidRPr="00FF428D">
        <w:rPr>
          <w:rFonts w:ascii="Comic Sans MS" w:hAnsi="Comic Sans MS"/>
          <w:color w:val="000000"/>
          <w:lang w:val="nn-NO"/>
        </w:rPr>
        <w:t> </w:t>
      </w:r>
      <w:r w:rsidRPr="00FF428D">
        <w:rPr>
          <w:rFonts w:ascii="Comic Sans MS" w:hAnsi="Comic Sans MS"/>
          <w:color w:val="000000"/>
          <w:lang w:val="nn-NO"/>
        </w:rPr>
        <w:t>Gruppetid, leik og prosjekt. Frukt blir servert som mellommåltid på alle avdelingar.</w:t>
      </w:r>
      <w:r w:rsidRPr="00FF428D">
        <w:rPr>
          <w:rFonts w:ascii="Comic Sans MS" w:hAnsi="Comic Sans MS"/>
          <w:color w:val="000000"/>
          <w:lang w:val="nn-NO"/>
        </w:rPr>
        <w:br/>
      </w:r>
      <w:r w:rsidRPr="00FF428D">
        <w:rPr>
          <w:rStyle w:val="Sterk"/>
          <w:rFonts w:ascii="Comic Sans MS" w:hAnsi="Comic Sans MS"/>
          <w:color w:val="000000"/>
          <w:lang w:val="nn-NO"/>
        </w:rPr>
        <w:t>12.15</w:t>
      </w:r>
      <w:r w:rsidRPr="00FF428D">
        <w:rPr>
          <w:rFonts w:ascii="Comic Sans MS" w:hAnsi="Comic Sans MS"/>
          <w:color w:val="000000"/>
          <w:lang w:val="nn-NO"/>
        </w:rPr>
        <w:t> </w:t>
      </w:r>
      <w:r w:rsidRPr="00FF428D">
        <w:rPr>
          <w:rFonts w:ascii="Comic Sans MS" w:hAnsi="Comic Sans MS"/>
          <w:color w:val="000000"/>
          <w:lang w:val="nn-NO"/>
        </w:rPr>
        <w:t>Lunsj.</w:t>
      </w:r>
      <w:r w:rsidRPr="00FF428D">
        <w:rPr>
          <w:rFonts w:ascii="Comic Sans MS" w:hAnsi="Comic Sans MS"/>
          <w:color w:val="000000"/>
          <w:lang w:val="nn-NO"/>
        </w:rPr>
        <w:br/>
      </w:r>
      <w:r w:rsidRPr="00FF428D">
        <w:rPr>
          <w:rStyle w:val="Sterk"/>
          <w:rFonts w:ascii="Comic Sans MS" w:hAnsi="Comic Sans MS"/>
          <w:color w:val="000000"/>
          <w:lang w:val="nn-NO"/>
        </w:rPr>
        <w:t>13.00</w:t>
      </w:r>
      <w:r w:rsidRPr="00FF428D">
        <w:rPr>
          <w:rFonts w:ascii="Comic Sans MS" w:hAnsi="Comic Sans MS"/>
          <w:color w:val="000000"/>
          <w:lang w:val="nn-NO"/>
        </w:rPr>
        <w:t> </w:t>
      </w:r>
      <w:r w:rsidRPr="00FF428D">
        <w:rPr>
          <w:rFonts w:ascii="Comic Sans MS" w:hAnsi="Comic Sans MS"/>
          <w:color w:val="000000"/>
          <w:lang w:val="nn-NO"/>
        </w:rPr>
        <w:t>Gruppetid og leik.</w:t>
      </w:r>
      <w:r w:rsidRPr="00FF428D">
        <w:rPr>
          <w:rFonts w:ascii="Comic Sans MS" w:hAnsi="Comic Sans MS"/>
          <w:color w:val="000000"/>
          <w:lang w:val="nn-NO"/>
        </w:rPr>
        <w:br/>
      </w:r>
      <w:r w:rsidRPr="00FF428D">
        <w:rPr>
          <w:rStyle w:val="Sterk"/>
          <w:rFonts w:ascii="Comic Sans MS" w:hAnsi="Comic Sans MS"/>
          <w:color w:val="000000"/>
          <w:lang w:val="nn-NO"/>
        </w:rPr>
        <w:t>16.15</w:t>
      </w:r>
      <w:r w:rsidRPr="00FF428D">
        <w:rPr>
          <w:rFonts w:ascii="Comic Sans MS" w:hAnsi="Comic Sans MS"/>
          <w:color w:val="000000"/>
          <w:lang w:val="nn-NO"/>
        </w:rPr>
        <w:t> </w:t>
      </w:r>
      <w:r w:rsidRPr="00FF428D">
        <w:rPr>
          <w:rFonts w:ascii="Comic Sans MS" w:hAnsi="Comic Sans MS"/>
          <w:color w:val="000000"/>
          <w:lang w:val="nn-NO"/>
        </w:rPr>
        <w:t>Barnehagen stenger.</w:t>
      </w:r>
    </w:p>
    <w:p w14:paraId="5F3F5CCE" w14:textId="77777777" w:rsidR="003C257A" w:rsidRPr="00FF428D" w:rsidRDefault="003C257A" w:rsidP="003C257A">
      <w:pPr>
        <w:rPr>
          <w:rFonts w:ascii="Comic Sans MS" w:hAnsi="Comic Sans MS"/>
          <w:lang w:val="nn-NO"/>
        </w:rPr>
      </w:pPr>
    </w:p>
    <w:p w14:paraId="16821034" w14:textId="51630839" w:rsidR="005979F6" w:rsidRPr="00FF428D" w:rsidRDefault="00970104" w:rsidP="003C257A">
      <w:pPr>
        <w:pStyle w:val="Overskrift2"/>
        <w:rPr>
          <w:rFonts w:ascii="Comic Sans MS" w:hAnsi="Comic Sans MS"/>
          <w:lang w:val="nn-NO"/>
        </w:rPr>
      </w:pPr>
      <w:bookmarkStart w:id="1" w:name="_Toc238461403"/>
      <w:r w:rsidRPr="00FF428D">
        <w:rPr>
          <w:rFonts w:ascii="Comic Sans MS" w:hAnsi="Comic Sans MS"/>
          <w:lang w:val="nn-NO"/>
        </w:rPr>
        <w:t>Visjon, verdiar og pedagogisk plattform</w:t>
      </w:r>
      <w:bookmarkEnd w:id="1"/>
    </w:p>
    <w:p w14:paraId="09106A3F" w14:textId="77777777" w:rsidR="001A0938" w:rsidRPr="00FF428D" w:rsidRDefault="001A0938">
      <w:pPr>
        <w:rPr>
          <w:rFonts w:ascii="Comic Sans MS" w:hAnsi="Comic Sans MS"/>
          <w:b/>
          <w:bCs/>
          <w:lang w:val="nn-NO"/>
        </w:rPr>
      </w:pPr>
    </w:p>
    <w:p w14:paraId="16B45EDA" w14:textId="321C7710" w:rsidR="005979F6" w:rsidRPr="00FF428D" w:rsidRDefault="00970104">
      <w:pPr>
        <w:rPr>
          <w:rFonts w:ascii="Comic Sans MS" w:hAnsi="Comic Sans MS"/>
          <w:b/>
          <w:bCs/>
          <w:lang w:val="nn-NO"/>
        </w:rPr>
      </w:pPr>
      <w:r w:rsidRPr="00FF428D">
        <w:rPr>
          <w:rFonts w:ascii="Comic Sans MS" w:hAnsi="Comic Sans MS"/>
          <w:b/>
          <w:bCs/>
          <w:lang w:val="nn-NO"/>
        </w:rPr>
        <w:t>Visjonen vår</w:t>
      </w:r>
    </w:p>
    <w:p w14:paraId="20A7A15F" w14:textId="77777777" w:rsidR="005979F6" w:rsidRPr="00FF428D" w:rsidRDefault="00970104">
      <w:pPr>
        <w:rPr>
          <w:rFonts w:ascii="Comic Sans MS" w:hAnsi="Comic Sans MS"/>
          <w:i/>
          <w:iCs/>
          <w:lang w:val="nn-NO"/>
        </w:rPr>
      </w:pPr>
      <w:r w:rsidRPr="00FF428D">
        <w:rPr>
          <w:rFonts w:ascii="Comic Sans MS" w:hAnsi="Comic Sans MS"/>
          <w:i/>
          <w:iCs/>
          <w:lang w:val="nn-NO"/>
        </w:rPr>
        <w:t>«Naustvågen barnehage – ein stad der barn og vaksne trivst og har det godt i lag.»</w:t>
      </w:r>
    </w:p>
    <w:p w14:paraId="1ABF25DE" w14:textId="77777777" w:rsidR="001A0938" w:rsidRPr="00FF428D" w:rsidRDefault="001A0938">
      <w:pPr>
        <w:rPr>
          <w:rFonts w:ascii="Comic Sans MS" w:hAnsi="Comic Sans MS"/>
          <w:lang w:val="nn-NO"/>
        </w:rPr>
      </w:pPr>
    </w:p>
    <w:p w14:paraId="59E67AA0" w14:textId="14D9E091" w:rsidR="005979F6" w:rsidRPr="00FF428D" w:rsidRDefault="00970104">
      <w:pPr>
        <w:rPr>
          <w:rFonts w:ascii="Comic Sans MS" w:hAnsi="Comic Sans MS"/>
          <w:lang w:val="nn-NO"/>
        </w:rPr>
      </w:pPr>
      <w:r w:rsidRPr="00FF428D">
        <w:rPr>
          <w:rFonts w:ascii="Comic Sans MS" w:hAnsi="Comic Sans MS"/>
          <w:lang w:val="nn-NO"/>
        </w:rPr>
        <w:t xml:space="preserve">Visjonen vår skal prega alt me gjer. Me </w:t>
      </w:r>
      <w:r w:rsidR="001C33DF" w:rsidRPr="00FF428D">
        <w:rPr>
          <w:rFonts w:ascii="Comic Sans MS" w:hAnsi="Comic Sans MS"/>
          <w:lang w:val="nn-NO"/>
        </w:rPr>
        <w:t>y</w:t>
      </w:r>
      <w:r w:rsidRPr="00FF428D">
        <w:rPr>
          <w:rFonts w:ascii="Comic Sans MS" w:hAnsi="Comic Sans MS"/>
          <w:lang w:val="nn-NO"/>
        </w:rPr>
        <w:t>nskjer å vera ein barnehage der kvart barn opplever tryggleik, omsorg, glede og tilhøyrsle, og der dei vaksne møter barna med varme, respekt og tydelege rammer. Barna skal få utvikla tru på seg sjølve, oppleva meistring og kjenna at dei er ein verdifull del av fellesskapet.</w:t>
      </w:r>
    </w:p>
    <w:p w14:paraId="0DAE8EF1" w14:textId="77777777" w:rsidR="001A0938" w:rsidRPr="00FF428D" w:rsidRDefault="001A0938">
      <w:pPr>
        <w:rPr>
          <w:rFonts w:ascii="Comic Sans MS" w:hAnsi="Comic Sans MS"/>
          <w:lang w:val="nn-NO"/>
        </w:rPr>
      </w:pPr>
    </w:p>
    <w:p w14:paraId="79FB200B" w14:textId="77777777" w:rsidR="005979F6" w:rsidRPr="00FF428D" w:rsidRDefault="00970104">
      <w:pPr>
        <w:rPr>
          <w:rFonts w:ascii="Comic Sans MS" w:hAnsi="Comic Sans MS"/>
          <w:b/>
          <w:bCs/>
          <w:lang w:val="nn-NO"/>
        </w:rPr>
      </w:pPr>
      <w:r w:rsidRPr="00FF428D">
        <w:rPr>
          <w:rFonts w:ascii="Comic Sans MS" w:hAnsi="Comic Sans MS"/>
          <w:b/>
          <w:bCs/>
          <w:lang w:val="nn-NO"/>
        </w:rPr>
        <w:t>Verdiane våre</w:t>
      </w:r>
    </w:p>
    <w:p w14:paraId="0E7B39CE" w14:textId="77777777" w:rsidR="001A0938" w:rsidRPr="00FF428D" w:rsidRDefault="00970104">
      <w:pPr>
        <w:rPr>
          <w:rFonts w:ascii="Comic Sans MS" w:hAnsi="Comic Sans MS"/>
          <w:lang w:val="nn-NO"/>
        </w:rPr>
      </w:pPr>
      <w:r w:rsidRPr="00FF428D">
        <w:rPr>
          <w:rFonts w:ascii="Comic Sans MS" w:hAnsi="Comic Sans MS"/>
          <w:lang w:val="nn-NO"/>
        </w:rPr>
        <w:t xml:space="preserve">Arbeidet vårt byggjer på verdiane i barnehagelova og Rammeplan for barnehagen. </w:t>
      </w:r>
    </w:p>
    <w:p w14:paraId="742F126D" w14:textId="77777777" w:rsidR="001A0938" w:rsidRPr="00FF428D" w:rsidRDefault="001A0938">
      <w:pPr>
        <w:rPr>
          <w:rFonts w:ascii="Comic Sans MS" w:hAnsi="Comic Sans MS"/>
          <w:lang w:val="nn-NO"/>
        </w:rPr>
      </w:pPr>
    </w:p>
    <w:p w14:paraId="3209309F" w14:textId="0A3AD7F3" w:rsidR="005979F6" w:rsidRPr="00FF428D" w:rsidRDefault="00970104">
      <w:pPr>
        <w:rPr>
          <w:rFonts w:ascii="Comic Sans MS" w:hAnsi="Comic Sans MS"/>
          <w:lang w:val="nn-NO"/>
        </w:rPr>
      </w:pPr>
      <w:r w:rsidRPr="00FF428D">
        <w:rPr>
          <w:rFonts w:ascii="Comic Sans MS" w:hAnsi="Comic Sans MS"/>
          <w:lang w:val="nn-NO"/>
        </w:rPr>
        <w:t>I Naustvågen legg me særleg vekt på:</w:t>
      </w:r>
    </w:p>
    <w:p w14:paraId="259B0986" w14:textId="77777777" w:rsidR="005979F6" w:rsidRPr="00FF428D" w:rsidRDefault="00970104">
      <w:pPr>
        <w:rPr>
          <w:rFonts w:ascii="Comic Sans MS" w:hAnsi="Comic Sans MS"/>
          <w:lang w:val="nn-NO"/>
        </w:rPr>
      </w:pPr>
      <w:r w:rsidRPr="00FF428D">
        <w:rPr>
          <w:rFonts w:ascii="Comic Sans MS" w:hAnsi="Comic Sans MS"/>
          <w:b/>
          <w:lang w:val="nn-NO"/>
        </w:rPr>
        <w:t xml:space="preserve">Tryggleik: </w:t>
      </w:r>
      <w:r w:rsidRPr="00FF428D">
        <w:rPr>
          <w:rFonts w:ascii="Comic Sans MS" w:hAnsi="Comic Sans MS"/>
          <w:lang w:val="nn-NO"/>
        </w:rPr>
        <w:t>Alle barn skal oppleva å bli sett, høyrde og anerkjende kvar dag.</w:t>
      </w:r>
    </w:p>
    <w:p w14:paraId="47C91147" w14:textId="77777777" w:rsidR="005979F6" w:rsidRPr="00FF428D" w:rsidRDefault="00970104">
      <w:pPr>
        <w:rPr>
          <w:rFonts w:ascii="Comic Sans MS" w:hAnsi="Comic Sans MS"/>
          <w:lang w:val="nn-NO"/>
        </w:rPr>
      </w:pPr>
      <w:proofErr w:type="spellStart"/>
      <w:r w:rsidRPr="00FF428D">
        <w:rPr>
          <w:rFonts w:ascii="Comic Sans MS" w:hAnsi="Comic Sans MS"/>
          <w:b/>
          <w:lang w:val="nn-NO"/>
        </w:rPr>
        <w:t>Inkludering</w:t>
      </w:r>
      <w:proofErr w:type="spellEnd"/>
      <w:r w:rsidRPr="00FF428D">
        <w:rPr>
          <w:rFonts w:ascii="Comic Sans MS" w:hAnsi="Comic Sans MS"/>
          <w:b/>
          <w:lang w:val="nn-NO"/>
        </w:rPr>
        <w:t xml:space="preserve">: </w:t>
      </w:r>
      <w:r w:rsidRPr="00FF428D">
        <w:rPr>
          <w:rFonts w:ascii="Comic Sans MS" w:hAnsi="Comic Sans MS"/>
          <w:lang w:val="nn-NO"/>
        </w:rPr>
        <w:t>Alle skal oppleva tilhøyrsle og vera ein viktig del av fellesskapet.</w:t>
      </w:r>
    </w:p>
    <w:p w14:paraId="07A8A218" w14:textId="77777777" w:rsidR="005979F6" w:rsidRPr="00FF428D" w:rsidRDefault="00970104">
      <w:pPr>
        <w:rPr>
          <w:rFonts w:ascii="Comic Sans MS" w:hAnsi="Comic Sans MS"/>
          <w:lang w:val="nn-NO"/>
        </w:rPr>
      </w:pPr>
      <w:r w:rsidRPr="00FF428D">
        <w:rPr>
          <w:rFonts w:ascii="Comic Sans MS" w:hAnsi="Comic Sans MS"/>
          <w:b/>
          <w:lang w:val="nn-NO"/>
        </w:rPr>
        <w:t xml:space="preserve">Omsorg: </w:t>
      </w:r>
      <w:r w:rsidRPr="00FF428D">
        <w:rPr>
          <w:rFonts w:ascii="Comic Sans MS" w:hAnsi="Comic Sans MS"/>
          <w:lang w:val="nn-NO"/>
        </w:rPr>
        <w:t>Varme relasjonar og gode møte mellom barn og vaksne legg grunnlaget for utvikling og læring.</w:t>
      </w:r>
    </w:p>
    <w:p w14:paraId="6B5F2944" w14:textId="77777777" w:rsidR="005979F6" w:rsidRPr="00FF428D" w:rsidRDefault="00970104">
      <w:pPr>
        <w:rPr>
          <w:rFonts w:ascii="Comic Sans MS" w:hAnsi="Comic Sans MS"/>
          <w:lang w:val="nn-NO"/>
        </w:rPr>
      </w:pPr>
      <w:r w:rsidRPr="00FF428D">
        <w:rPr>
          <w:rFonts w:ascii="Comic Sans MS" w:hAnsi="Comic Sans MS"/>
          <w:b/>
          <w:lang w:val="nn-NO"/>
        </w:rPr>
        <w:t xml:space="preserve">Leik: </w:t>
      </w:r>
      <w:r w:rsidRPr="00FF428D">
        <w:rPr>
          <w:rFonts w:ascii="Comic Sans MS" w:hAnsi="Comic Sans MS"/>
          <w:lang w:val="nn-NO"/>
        </w:rPr>
        <w:t>Leiken har eigenverdi og er den viktigaste arenaen for glede, vennskap, læring og utvikling.</w:t>
      </w:r>
    </w:p>
    <w:p w14:paraId="3CBEF889" w14:textId="77777777" w:rsidR="005979F6" w:rsidRPr="00FF428D" w:rsidRDefault="00970104">
      <w:pPr>
        <w:rPr>
          <w:rFonts w:ascii="Comic Sans MS" w:hAnsi="Comic Sans MS"/>
          <w:lang w:val="nn-NO"/>
        </w:rPr>
      </w:pPr>
      <w:r w:rsidRPr="00FF428D">
        <w:rPr>
          <w:rFonts w:ascii="Comic Sans MS" w:hAnsi="Comic Sans MS"/>
          <w:b/>
          <w:lang w:val="nn-NO"/>
        </w:rPr>
        <w:t xml:space="preserve">Respekt: </w:t>
      </w:r>
      <w:r w:rsidRPr="00FF428D">
        <w:rPr>
          <w:rFonts w:ascii="Comic Sans MS" w:hAnsi="Comic Sans MS"/>
          <w:lang w:val="nn-NO"/>
        </w:rPr>
        <w:t>Me møter kvarandre med openheit, likeverd og respekt for ulikskap.</w:t>
      </w:r>
    </w:p>
    <w:p w14:paraId="055169BA" w14:textId="77777777" w:rsidR="005979F6" w:rsidRPr="00FF428D" w:rsidRDefault="00970104">
      <w:pPr>
        <w:rPr>
          <w:rFonts w:ascii="Comic Sans MS" w:hAnsi="Comic Sans MS"/>
          <w:lang w:val="nn-NO"/>
        </w:rPr>
      </w:pPr>
      <w:r w:rsidRPr="00FF428D">
        <w:rPr>
          <w:rFonts w:ascii="Comic Sans MS" w:hAnsi="Comic Sans MS"/>
          <w:b/>
          <w:lang w:val="nn-NO"/>
        </w:rPr>
        <w:t xml:space="preserve">Barnet sitt beste: </w:t>
      </w:r>
      <w:r w:rsidRPr="00FF428D">
        <w:rPr>
          <w:rFonts w:ascii="Comic Sans MS" w:hAnsi="Comic Sans MS"/>
          <w:lang w:val="nn-NO"/>
        </w:rPr>
        <w:t>Barnet sitt beste skal alltid vera eit grunnleggjande omsyn i alle vurderingar og avgjerder.</w:t>
      </w:r>
    </w:p>
    <w:p w14:paraId="741950BA" w14:textId="77777777" w:rsidR="001A0938" w:rsidRPr="00FF428D" w:rsidRDefault="001A0938">
      <w:pPr>
        <w:rPr>
          <w:rFonts w:ascii="Comic Sans MS" w:hAnsi="Comic Sans MS"/>
          <w:lang w:val="nn-NO"/>
        </w:rPr>
      </w:pPr>
    </w:p>
    <w:p w14:paraId="1F51C2C3" w14:textId="77777777" w:rsidR="005979F6" w:rsidRPr="00FF428D" w:rsidRDefault="00970104">
      <w:pPr>
        <w:rPr>
          <w:rFonts w:ascii="Comic Sans MS" w:hAnsi="Comic Sans MS"/>
          <w:b/>
          <w:bCs/>
          <w:lang w:val="nn-NO"/>
        </w:rPr>
      </w:pPr>
      <w:r w:rsidRPr="00FF428D">
        <w:rPr>
          <w:rFonts w:ascii="Comic Sans MS" w:hAnsi="Comic Sans MS"/>
          <w:b/>
          <w:bCs/>
          <w:lang w:val="nn-NO"/>
        </w:rPr>
        <w:t>Vår pedagogiske plattform</w:t>
      </w:r>
    </w:p>
    <w:p w14:paraId="1EA9838A" w14:textId="77777777" w:rsidR="005979F6" w:rsidRPr="00FF428D" w:rsidRDefault="00970104">
      <w:pPr>
        <w:rPr>
          <w:rFonts w:ascii="Comic Sans MS" w:hAnsi="Comic Sans MS"/>
          <w:lang w:val="nn-NO"/>
        </w:rPr>
      </w:pPr>
      <w:r w:rsidRPr="00FF428D">
        <w:rPr>
          <w:rFonts w:ascii="Comic Sans MS" w:hAnsi="Comic Sans MS"/>
          <w:lang w:val="nn-NO"/>
        </w:rPr>
        <w:t xml:space="preserve">I Naustvågen barnehage arbeider me med utgangspunkt i den autoritative vaksenrolla. Me kombinerer varme, omsorg og nærleik med tydelege forventningar og gode grenser. Den vaksne har ansvaret for relasjonen og </w:t>
      </w:r>
      <w:r w:rsidRPr="00FF428D">
        <w:rPr>
          <w:rFonts w:ascii="Comic Sans MS" w:hAnsi="Comic Sans MS"/>
          <w:lang w:val="nn-NO"/>
        </w:rPr>
        <w:lastRenderedPageBreak/>
        <w:t>skal vera ein trygg base som støttar barnet i leik, utforsking, læring og utvikling.</w:t>
      </w:r>
    </w:p>
    <w:p w14:paraId="682810A9" w14:textId="77777777" w:rsidR="005979F6" w:rsidRPr="00FF428D" w:rsidRDefault="00970104">
      <w:pPr>
        <w:rPr>
          <w:rFonts w:ascii="Comic Sans MS" w:hAnsi="Comic Sans MS"/>
          <w:lang w:val="nn-NO"/>
        </w:rPr>
      </w:pPr>
      <w:r w:rsidRPr="00FF428D">
        <w:rPr>
          <w:rFonts w:ascii="Comic Sans MS" w:hAnsi="Comic Sans MS"/>
          <w:lang w:val="nn-NO"/>
        </w:rPr>
        <w:t>Me meiner at gode relasjonar er grunnlaget for all utvikling. Gjennom eit inkluderande leikemiljø, medverknad, språk, undring og utforsking legg me til rette for at barna utviklar sosial kompetanse, livsmeistring og tru på eigne evner.</w:t>
      </w:r>
    </w:p>
    <w:p w14:paraId="641400D4" w14:textId="77777777" w:rsidR="005979F6" w:rsidRPr="00FF428D" w:rsidRDefault="00970104">
      <w:pPr>
        <w:rPr>
          <w:rFonts w:ascii="Comic Sans MS" w:hAnsi="Comic Sans MS"/>
          <w:lang w:val="nn-NO"/>
        </w:rPr>
      </w:pPr>
      <w:r w:rsidRPr="00FF428D">
        <w:rPr>
          <w:rFonts w:ascii="Comic Sans MS" w:hAnsi="Comic Sans MS"/>
          <w:lang w:val="nn-NO"/>
        </w:rPr>
        <w:t>Personalet reflekterer kontinuerleg over eigen praksis og utviklar kompetansen sin for å sikra eit godt barnehagemiljø og eit pedagogisk tilbod av høg kvalitet. Dette arbeidet skjer i tråd med barnehagelova og Rammeplan for barnehagen.</w:t>
      </w:r>
    </w:p>
    <w:p w14:paraId="375FE542" w14:textId="77777777" w:rsidR="001A0938" w:rsidRPr="00FF428D" w:rsidRDefault="001A0938">
      <w:pPr>
        <w:rPr>
          <w:rFonts w:ascii="Comic Sans MS" w:hAnsi="Comic Sans MS"/>
          <w:lang w:val="nn-NO"/>
        </w:rPr>
      </w:pPr>
    </w:p>
    <w:p w14:paraId="6E70B242" w14:textId="77777777" w:rsidR="005979F6" w:rsidRPr="00FF428D" w:rsidRDefault="00970104">
      <w:pPr>
        <w:rPr>
          <w:rFonts w:ascii="Comic Sans MS" w:hAnsi="Comic Sans MS"/>
          <w:b/>
          <w:bCs/>
          <w:lang w:val="nn-NO"/>
        </w:rPr>
      </w:pPr>
      <w:r w:rsidRPr="00FF428D">
        <w:rPr>
          <w:rFonts w:ascii="Comic Sans MS" w:hAnsi="Comic Sans MS"/>
          <w:b/>
          <w:bCs/>
          <w:lang w:val="nn-NO"/>
        </w:rPr>
        <w:t>Satsingsområde 2026–2027</w:t>
      </w:r>
    </w:p>
    <w:p w14:paraId="747387BB" w14:textId="77777777" w:rsidR="005979F6" w:rsidRPr="00FF428D" w:rsidRDefault="00970104">
      <w:pPr>
        <w:rPr>
          <w:rFonts w:ascii="Comic Sans MS" w:hAnsi="Comic Sans MS"/>
          <w:lang w:val="nn-NO"/>
        </w:rPr>
      </w:pPr>
      <w:r w:rsidRPr="00FF428D">
        <w:rPr>
          <w:rFonts w:ascii="Comic Sans MS" w:hAnsi="Comic Sans MS"/>
          <w:lang w:val="nn-NO"/>
        </w:rPr>
        <w:t>Dette barnehageåret har me særleg fokus på:</w:t>
      </w:r>
    </w:p>
    <w:p w14:paraId="10CCD52F" w14:textId="0773A0D0" w:rsidR="00515CA0" w:rsidRPr="00FF428D" w:rsidRDefault="00515CA0" w:rsidP="00515CA0">
      <w:pPr>
        <w:pStyle w:val="Listeavsnitt"/>
        <w:numPr>
          <w:ilvl w:val="0"/>
          <w:numId w:val="12"/>
        </w:numPr>
        <w:rPr>
          <w:rFonts w:ascii="Comic Sans MS" w:hAnsi="Comic Sans MS"/>
          <w:lang w:val="nn-NO"/>
        </w:rPr>
      </w:pPr>
      <w:r w:rsidRPr="00FF428D">
        <w:rPr>
          <w:rFonts w:ascii="Comic Sans MS" w:hAnsi="Comic Sans MS"/>
          <w:lang w:val="nn-NO"/>
        </w:rPr>
        <w:t>Inkluderande leikemiljø</w:t>
      </w:r>
    </w:p>
    <w:p w14:paraId="1D1B35BB" w14:textId="0FCB8188" w:rsidR="00515CA0" w:rsidRPr="00FF428D" w:rsidRDefault="00515CA0" w:rsidP="00515CA0">
      <w:pPr>
        <w:pStyle w:val="Listeavsnitt"/>
        <w:numPr>
          <w:ilvl w:val="0"/>
          <w:numId w:val="12"/>
        </w:numPr>
        <w:rPr>
          <w:rFonts w:ascii="Comic Sans MS" w:hAnsi="Comic Sans MS"/>
          <w:lang w:val="nn-NO"/>
        </w:rPr>
      </w:pPr>
      <w:r w:rsidRPr="00FF428D">
        <w:rPr>
          <w:rFonts w:ascii="Comic Sans MS" w:hAnsi="Comic Sans MS"/>
          <w:lang w:val="nn-NO"/>
        </w:rPr>
        <w:t>Autoritative vaksne og trygge relasjonar</w:t>
      </w:r>
    </w:p>
    <w:p w14:paraId="04ABFE11" w14:textId="54AEF965" w:rsidR="004D5BCE" w:rsidRPr="00FF428D" w:rsidRDefault="00515CA0" w:rsidP="00515CA0">
      <w:pPr>
        <w:pStyle w:val="Listeavsnitt"/>
        <w:numPr>
          <w:ilvl w:val="0"/>
          <w:numId w:val="12"/>
        </w:numPr>
        <w:rPr>
          <w:rFonts w:ascii="Comic Sans MS" w:hAnsi="Comic Sans MS"/>
          <w:lang w:val="nn-NO"/>
        </w:rPr>
      </w:pPr>
      <w:r w:rsidRPr="00FF428D">
        <w:rPr>
          <w:rFonts w:ascii="Comic Sans MS" w:hAnsi="Comic Sans MS"/>
          <w:lang w:val="nn-NO"/>
        </w:rPr>
        <w:t>Refleksjon over eigen praksis og kompetanseutvikling</w:t>
      </w:r>
    </w:p>
    <w:p w14:paraId="7099DEF8" w14:textId="77777777" w:rsidR="001A0938" w:rsidRPr="00FF428D" w:rsidRDefault="001A0938" w:rsidP="001A0938">
      <w:pPr>
        <w:pStyle w:val="Listeavsnitt"/>
        <w:rPr>
          <w:rFonts w:ascii="Comic Sans MS" w:hAnsi="Comic Sans MS"/>
          <w:lang w:val="nn-NO"/>
        </w:rPr>
      </w:pPr>
    </w:p>
    <w:p w14:paraId="4FF2F149" w14:textId="77777777" w:rsidR="005979F6" w:rsidRPr="00FF428D" w:rsidRDefault="00970104">
      <w:pPr>
        <w:rPr>
          <w:rFonts w:ascii="Comic Sans MS" w:hAnsi="Comic Sans MS"/>
          <w:b/>
          <w:bCs/>
          <w:lang w:val="nn-NO"/>
        </w:rPr>
      </w:pPr>
      <w:r w:rsidRPr="00FF428D">
        <w:rPr>
          <w:rFonts w:ascii="Comic Sans MS" w:hAnsi="Comic Sans MS"/>
          <w:b/>
          <w:bCs/>
          <w:lang w:val="nn-NO"/>
        </w:rPr>
        <w:t>Kompetanseheving</w:t>
      </w:r>
    </w:p>
    <w:p w14:paraId="361F6825" w14:textId="77777777" w:rsidR="005979F6" w:rsidRPr="00FF428D" w:rsidRDefault="00970104">
      <w:pPr>
        <w:rPr>
          <w:rFonts w:ascii="Comic Sans MS" w:hAnsi="Comic Sans MS"/>
          <w:lang w:val="nn-NO"/>
        </w:rPr>
      </w:pPr>
      <w:r w:rsidRPr="00FF428D">
        <w:rPr>
          <w:rFonts w:ascii="Comic Sans MS" w:hAnsi="Comic Sans MS"/>
          <w:lang w:val="nn-NO"/>
        </w:rPr>
        <w:t>Personalet er den viktigaste ressursen i barnehagen. For å kunna gje barna eit best mogleg pedagogisk tilbod arbeider Naustvågen barnehage kontinuerleg med kompetanseheving og utvikling av eigen praksis. Rammeplanen peikar på at barnehagen skal vera ein lærande organisasjon der personalet reflekterer over eigen praksis og utviklar kompetansen sin til beste for barna. Kompetanseheving er difor ein naturleg del av kvalitetsarbeidet vårt.</w:t>
      </w:r>
    </w:p>
    <w:p w14:paraId="626F35F9" w14:textId="2894405C" w:rsidR="00257C75" w:rsidRPr="00FF428D" w:rsidRDefault="00257C75" w:rsidP="0050796D">
      <w:pPr>
        <w:jc w:val="center"/>
        <w:rPr>
          <w:rFonts w:ascii="Comic Sans MS" w:hAnsi="Comic Sans MS"/>
          <w:lang w:val="nn-NO"/>
        </w:rPr>
      </w:pPr>
      <w:r w:rsidRPr="00FF428D">
        <w:rPr>
          <w:lang w:val="nn-NO"/>
        </w:rPr>
        <w:fldChar w:fldCharType="begin"/>
      </w:r>
      <w:r w:rsidRPr="00FF428D">
        <w:rPr>
          <w:lang w:val="nn-NO"/>
        </w:rPr>
        <w:instrText xml:space="preserve"> INCLUDEPICTURE "/Users/monavaage/Library/Group Containers/UBF8T346G9.ms/WebArchiveCopyPasteTempFiles/com.microsoft.Word/?id=09916a8a-de21-4362-a3db-7edb231b8374.jpeg&amp;token=ZDI3ZjUyNTgtOTkyNC00ZmM1LTkzZGItMjAyNmRkMmM5ZWQ5MTE0MDE1MTQxOTYzODI4ODE1ODk4MzIzNDI2OA==&amp;size=f1440x1440" \* MERGEFORMATINET </w:instrText>
      </w:r>
      <w:r w:rsidRPr="00FF428D">
        <w:rPr>
          <w:lang w:val="nn-NO"/>
        </w:rPr>
        <w:fldChar w:fldCharType="separate"/>
      </w:r>
      <w:r w:rsidRPr="00FF428D">
        <w:rPr>
          <w:noProof/>
          <w:lang w:val="nn-NO"/>
        </w:rPr>
        <w:drawing>
          <wp:inline distT="0" distB="0" distL="0" distR="0" wp14:anchorId="624BD73D" wp14:editId="074C3AAC">
            <wp:extent cx="2183977" cy="2911968"/>
            <wp:effectExtent l="0" t="0" r="635" b="0"/>
            <wp:docPr id="1616103462"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8436" cy="2931247"/>
                    </a:xfrm>
                    <a:prstGeom prst="rect">
                      <a:avLst/>
                    </a:prstGeom>
                    <a:ln>
                      <a:noFill/>
                    </a:ln>
                    <a:effectLst>
                      <a:softEdge rad="112500"/>
                    </a:effectLst>
                  </pic:spPr>
                </pic:pic>
              </a:graphicData>
            </a:graphic>
          </wp:inline>
        </w:drawing>
      </w:r>
      <w:r w:rsidRPr="00FF428D">
        <w:rPr>
          <w:lang w:val="nn-NO"/>
        </w:rPr>
        <w:fldChar w:fldCharType="end"/>
      </w:r>
      <w:r w:rsidRPr="00FF428D">
        <w:rPr>
          <w:lang w:val="nn-NO"/>
        </w:rPr>
        <w:t xml:space="preserve">     </w:t>
      </w:r>
      <w:r w:rsidR="0050796D" w:rsidRPr="00FF428D">
        <w:rPr>
          <w:lang w:val="nn-NO"/>
        </w:rPr>
        <w:fldChar w:fldCharType="begin"/>
      </w:r>
      <w:r w:rsidR="0050796D" w:rsidRPr="00FF428D">
        <w:rPr>
          <w:lang w:val="nn-NO"/>
        </w:rPr>
        <w:instrText xml:space="preserve"> INCLUDEPICTURE "/Users/monavaage/Library/Group Containers/UBF8T346G9.ms/WebArchiveCopyPasteTempFiles/com.microsoft.Word/?id=f3b52cd9-9cd3-4756-8431-9e3a282e7d8b.jpeg&amp;token=ZDI3ZjUyNTgtOTkyNC00ZmM1LTkzZGItMjAyNmRkMmM5ZWQ5MTE0MDE1MTQxOTYzODI4ODE1ODk4MzIzNDI2OA==&amp;size=f1440x1440" \* MERGEFORMATINET </w:instrText>
      </w:r>
      <w:r w:rsidR="0050796D" w:rsidRPr="00FF428D">
        <w:rPr>
          <w:lang w:val="nn-NO"/>
        </w:rPr>
        <w:fldChar w:fldCharType="separate"/>
      </w:r>
      <w:r w:rsidR="0050796D" w:rsidRPr="00FF428D">
        <w:rPr>
          <w:noProof/>
          <w:lang w:val="nn-NO"/>
        </w:rPr>
        <w:drawing>
          <wp:inline distT="0" distB="0" distL="0" distR="0" wp14:anchorId="5A75CE48" wp14:editId="3C34D5C5">
            <wp:extent cx="2177733" cy="2903644"/>
            <wp:effectExtent l="0" t="0" r="0" b="0"/>
            <wp:docPr id="1173385779"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5525" cy="2914034"/>
                    </a:xfrm>
                    <a:prstGeom prst="rect">
                      <a:avLst/>
                    </a:prstGeom>
                    <a:ln>
                      <a:noFill/>
                    </a:ln>
                    <a:effectLst>
                      <a:softEdge rad="112500"/>
                    </a:effectLst>
                  </pic:spPr>
                </pic:pic>
              </a:graphicData>
            </a:graphic>
          </wp:inline>
        </w:drawing>
      </w:r>
      <w:r w:rsidR="0050796D" w:rsidRPr="00FF428D">
        <w:rPr>
          <w:lang w:val="nn-NO"/>
        </w:rPr>
        <w:fldChar w:fldCharType="end"/>
      </w:r>
    </w:p>
    <w:p w14:paraId="6DEB191F" w14:textId="605A7167" w:rsidR="005979F6" w:rsidRPr="00FF428D" w:rsidRDefault="00F80148" w:rsidP="00257C75">
      <w:pPr>
        <w:pStyle w:val="Overskrift2"/>
        <w:rPr>
          <w:rFonts w:ascii="Comic Sans MS" w:hAnsi="Comic Sans MS"/>
          <w:lang w:val="nn-NO"/>
        </w:rPr>
      </w:pPr>
      <w:r w:rsidRPr="00FF428D">
        <w:rPr>
          <w:lang w:val="nn-NO"/>
        </w:rPr>
        <w:br w:type="page"/>
      </w:r>
      <w:bookmarkStart w:id="2" w:name="_Toc238461404"/>
      <w:r w:rsidRPr="00FF428D">
        <w:rPr>
          <w:rFonts w:ascii="Comic Sans MS" w:hAnsi="Comic Sans MS"/>
          <w:lang w:val="nn-NO"/>
        </w:rPr>
        <w:lastRenderedPageBreak/>
        <w:t>Kompetansehevingsprosjekt 2026–2028</w:t>
      </w:r>
      <w:bookmarkEnd w:id="2"/>
    </w:p>
    <w:p w14:paraId="296C1973" w14:textId="77777777" w:rsidR="00390643" w:rsidRPr="00FF428D" w:rsidRDefault="00390643" w:rsidP="00390643">
      <w:pPr>
        <w:rPr>
          <w:lang w:val="nn-NO"/>
        </w:rPr>
      </w:pPr>
    </w:p>
    <w:p w14:paraId="6F2FB79D" w14:textId="77777777" w:rsidR="005979F6" w:rsidRPr="00FF428D" w:rsidRDefault="00970104">
      <w:pPr>
        <w:rPr>
          <w:rFonts w:ascii="Comic Sans MS" w:hAnsi="Comic Sans MS"/>
          <w:b/>
          <w:bCs/>
          <w:i/>
          <w:iCs/>
          <w:lang w:val="nn-NO"/>
        </w:rPr>
      </w:pPr>
      <w:r w:rsidRPr="00FF428D">
        <w:rPr>
          <w:rFonts w:ascii="Comic Sans MS" w:hAnsi="Comic Sans MS"/>
          <w:b/>
          <w:bCs/>
          <w:i/>
          <w:iCs/>
          <w:lang w:val="nn-NO"/>
        </w:rPr>
        <w:t>«Med blikk for eigen praksis – rettleiing som skaper psykologisk tryggleik hos tilsette»</w:t>
      </w:r>
    </w:p>
    <w:p w14:paraId="6476E43F" w14:textId="77777777" w:rsidR="00390643" w:rsidRPr="00FF428D" w:rsidRDefault="00390643">
      <w:pPr>
        <w:rPr>
          <w:rFonts w:ascii="Comic Sans MS" w:hAnsi="Comic Sans MS"/>
          <w:lang w:val="nn-NO"/>
        </w:rPr>
      </w:pPr>
    </w:p>
    <w:p w14:paraId="14A3FDE5" w14:textId="77777777" w:rsidR="005979F6" w:rsidRPr="00FF428D" w:rsidRDefault="00970104">
      <w:pPr>
        <w:rPr>
          <w:rFonts w:ascii="Comic Sans MS" w:hAnsi="Comic Sans MS"/>
          <w:lang w:val="nn-NO"/>
        </w:rPr>
      </w:pPr>
      <w:r w:rsidRPr="00FF428D">
        <w:rPr>
          <w:rFonts w:ascii="Comic Sans MS" w:hAnsi="Comic Sans MS"/>
          <w:lang w:val="nn-NO"/>
        </w:rPr>
        <w:t>Naustvågen barnehage startar hausten 2026 eit toårig kompetansehevingsprosjekt i samarbeid med Høgskulen på Vestlandet (</w:t>
      </w:r>
      <w:proofErr w:type="spellStart"/>
      <w:r w:rsidRPr="00FF428D">
        <w:rPr>
          <w:rFonts w:ascii="Comic Sans MS" w:hAnsi="Comic Sans MS"/>
          <w:lang w:val="nn-NO"/>
        </w:rPr>
        <w:t>HVL</w:t>
      </w:r>
      <w:proofErr w:type="spellEnd"/>
      <w:r w:rsidRPr="00FF428D">
        <w:rPr>
          <w:rFonts w:ascii="Comic Sans MS" w:hAnsi="Comic Sans MS"/>
          <w:lang w:val="nn-NO"/>
        </w:rPr>
        <w:t>). Prosjektet vert gjennomført saman med Valvatna FUS barnehage og varer fram til våren 2028.</w:t>
      </w:r>
    </w:p>
    <w:p w14:paraId="061B498A" w14:textId="77777777" w:rsidR="00390643" w:rsidRPr="00FF428D" w:rsidRDefault="00390643">
      <w:pPr>
        <w:rPr>
          <w:rFonts w:ascii="Comic Sans MS" w:hAnsi="Comic Sans MS"/>
          <w:lang w:val="nn-NO"/>
        </w:rPr>
      </w:pPr>
    </w:p>
    <w:p w14:paraId="724FF768" w14:textId="5BFF71B9" w:rsidR="005979F6" w:rsidRPr="00FF428D" w:rsidRDefault="00970104">
      <w:pPr>
        <w:rPr>
          <w:rFonts w:ascii="Comic Sans MS" w:hAnsi="Comic Sans MS"/>
          <w:lang w:val="nn-NO"/>
        </w:rPr>
      </w:pPr>
      <w:r w:rsidRPr="00FF428D">
        <w:rPr>
          <w:rFonts w:ascii="Comic Sans MS" w:hAnsi="Comic Sans MS"/>
          <w:lang w:val="nn-NO"/>
        </w:rPr>
        <w:t xml:space="preserve">Målet med prosjektet er å vidareutvikla barnehagen som ein lærande organisasjon gjennom systematisk rettleiing, refleksjon over eigen praksis og profesjonsutvikling. Me </w:t>
      </w:r>
      <w:r w:rsidR="00384DE2" w:rsidRPr="00FF428D">
        <w:rPr>
          <w:rFonts w:ascii="Comic Sans MS" w:hAnsi="Comic Sans MS"/>
          <w:lang w:val="nn-NO"/>
        </w:rPr>
        <w:t>y</w:t>
      </w:r>
      <w:r w:rsidRPr="00FF428D">
        <w:rPr>
          <w:rFonts w:ascii="Comic Sans MS" w:hAnsi="Comic Sans MS"/>
          <w:lang w:val="nn-NO"/>
        </w:rPr>
        <w:t>nskjer å skapa ein kultur der dei tilsette opplever psykologisk tryggleik til å dela erfaringar, stilla spørsmål, prøva ut nye arbeidsmåtar og læra saman.</w:t>
      </w:r>
    </w:p>
    <w:p w14:paraId="4FB15ABA" w14:textId="77777777" w:rsidR="00390643" w:rsidRPr="00FF428D" w:rsidRDefault="00390643">
      <w:pPr>
        <w:rPr>
          <w:rFonts w:ascii="Comic Sans MS" w:hAnsi="Comic Sans MS"/>
          <w:lang w:val="nn-NO"/>
        </w:rPr>
      </w:pPr>
    </w:p>
    <w:p w14:paraId="00D339FC" w14:textId="692D3AB9" w:rsidR="005979F6" w:rsidRPr="00FF428D" w:rsidRDefault="00970104">
      <w:pPr>
        <w:rPr>
          <w:rFonts w:ascii="Comic Sans MS" w:hAnsi="Comic Sans MS"/>
          <w:lang w:val="nn-NO"/>
        </w:rPr>
      </w:pPr>
      <w:r w:rsidRPr="00FF428D">
        <w:rPr>
          <w:rFonts w:ascii="Comic Sans MS" w:hAnsi="Comic Sans MS"/>
          <w:lang w:val="nn-NO"/>
        </w:rPr>
        <w:t xml:space="preserve">Bakgrunnen for prosjektet er både medarbeidarundersøkingar og eit felles </w:t>
      </w:r>
      <w:r w:rsidR="00384DE2" w:rsidRPr="00FF428D">
        <w:rPr>
          <w:rFonts w:ascii="Comic Sans MS" w:hAnsi="Comic Sans MS"/>
          <w:lang w:val="nn-NO"/>
        </w:rPr>
        <w:t>y</w:t>
      </w:r>
      <w:r w:rsidRPr="00FF428D">
        <w:rPr>
          <w:rFonts w:ascii="Comic Sans MS" w:hAnsi="Comic Sans MS"/>
          <w:lang w:val="nn-NO"/>
        </w:rPr>
        <w:t xml:space="preserve">nskje om å vidareutvikla kvaliteten i det pedagogiske arbeidet. Undersøkingane viser at samarbeidsklima, tryggleik og sosialt samvær er område der me </w:t>
      </w:r>
      <w:r w:rsidR="00E6034F" w:rsidRPr="00FF428D">
        <w:rPr>
          <w:rFonts w:ascii="Comic Sans MS" w:hAnsi="Comic Sans MS"/>
          <w:lang w:val="nn-NO"/>
        </w:rPr>
        <w:t>y</w:t>
      </w:r>
      <w:r w:rsidRPr="00FF428D">
        <w:rPr>
          <w:rFonts w:ascii="Comic Sans MS" w:hAnsi="Comic Sans MS"/>
          <w:lang w:val="nn-NO"/>
        </w:rPr>
        <w:t>nskjer å styrkja oss ytterlegare. Gjennom prosjektet vil me arbeida systematisk med å utvikla det profesjonelle fellesskapet og leggja til rette for læring og utvikling i personalgruppa.</w:t>
      </w:r>
    </w:p>
    <w:p w14:paraId="2B7FB349" w14:textId="77777777" w:rsidR="00390643" w:rsidRPr="00FF428D" w:rsidRDefault="00390643">
      <w:pPr>
        <w:rPr>
          <w:rFonts w:ascii="Comic Sans MS" w:hAnsi="Comic Sans MS"/>
          <w:lang w:val="nn-NO"/>
        </w:rPr>
      </w:pPr>
    </w:p>
    <w:p w14:paraId="42642CEC" w14:textId="77777777" w:rsidR="005979F6" w:rsidRPr="00FF428D" w:rsidRDefault="00970104">
      <w:pPr>
        <w:rPr>
          <w:rFonts w:ascii="Comic Sans MS" w:hAnsi="Comic Sans MS"/>
          <w:lang w:val="nn-NO"/>
        </w:rPr>
      </w:pPr>
      <w:r w:rsidRPr="00FF428D">
        <w:rPr>
          <w:rFonts w:ascii="Comic Sans MS" w:hAnsi="Comic Sans MS"/>
          <w:lang w:val="nn-NO"/>
        </w:rPr>
        <w:t>Prosjektet er forankra i Rammeplan for barnehagen, som understrekar at personalet kontinuerleg skal reflektera over eigen praksis og utvikla kompetansen sin til beste for barna. Målet er at auka psykologisk tryggleik og god rettleiing skal styrkja både samarbeidet mellom dei tilsette og kvaliteten i samspelet med barna.</w:t>
      </w:r>
    </w:p>
    <w:p w14:paraId="7276B283" w14:textId="77777777" w:rsidR="00390643" w:rsidRPr="00FF428D" w:rsidRDefault="00390643">
      <w:pPr>
        <w:rPr>
          <w:rFonts w:ascii="Comic Sans MS" w:hAnsi="Comic Sans MS"/>
          <w:lang w:val="nn-NO"/>
        </w:rPr>
      </w:pPr>
    </w:p>
    <w:p w14:paraId="181C324E" w14:textId="77777777" w:rsidR="005979F6" w:rsidRPr="00FF428D" w:rsidRDefault="00970104">
      <w:pPr>
        <w:rPr>
          <w:rFonts w:ascii="Comic Sans MS" w:hAnsi="Comic Sans MS"/>
          <w:b/>
          <w:bCs/>
          <w:lang w:val="nn-NO"/>
        </w:rPr>
      </w:pPr>
      <w:r w:rsidRPr="00FF428D">
        <w:rPr>
          <w:rFonts w:ascii="Comic Sans MS" w:hAnsi="Comic Sans MS"/>
          <w:b/>
          <w:bCs/>
          <w:lang w:val="nn-NO"/>
        </w:rPr>
        <w:t>Fakta om prosjektet</w:t>
      </w:r>
    </w:p>
    <w:p w14:paraId="0CC28DBD" w14:textId="77777777" w:rsidR="005979F6" w:rsidRPr="00FF428D" w:rsidRDefault="00970104">
      <w:pPr>
        <w:rPr>
          <w:rFonts w:ascii="Comic Sans MS" w:hAnsi="Comic Sans MS"/>
          <w:lang w:val="nn-NO"/>
        </w:rPr>
      </w:pPr>
      <w:r w:rsidRPr="00FF428D">
        <w:rPr>
          <w:rFonts w:ascii="Comic Sans MS" w:hAnsi="Comic Sans MS"/>
          <w:b/>
          <w:lang w:val="nn-NO"/>
        </w:rPr>
        <w:t xml:space="preserve">Prosjektperiode: </w:t>
      </w:r>
      <w:r w:rsidRPr="00FF428D">
        <w:rPr>
          <w:rFonts w:ascii="Comic Sans MS" w:hAnsi="Comic Sans MS"/>
          <w:lang w:val="nn-NO"/>
        </w:rPr>
        <w:t>Hausten 2026 – våren 2028</w:t>
      </w:r>
    </w:p>
    <w:p w14:paraId="1EC4565E" w14:textId="77777777" w:rsidR="005979F6" w:rsidRPr="00FF428D" w:rsidRDefault="00970104">
      <w:pPr>
        <w:rPr>
          <w:rFonts w:ascii="Comic Sans MS" w:hAnsi="Comic Sans MS"/>
          <w:lang w:val="nn-NO"/>
        </w:rPr>
      </w:pPr>
      <w:r w:rsidRPr="00FF428D">
        <w:rPr>
          <w:rFonts w:ascii="Comic Sans MS" w:hAnsi="Comic Sans MS"/>
          <w:b/>
          <w:lang w:val="nn-NO"/>
        </w:rPr>
        <w:t xml:space="preserve">Samarbeidspartnarar: </w:t>
      </w:r>
      <w:r w:rsidRPr="00FF428D">
        <w:rPr>
          <w:rFonts w:ascii="Comic Sans MS" w:hAnsi="Comic Sans MS"/>
          <w:lang w:val="nn-NO"/>
        </w:rPr>
        <w:t>Høgskulen på Vestlandet (</w:t>
      </w:r>
      <w:proofErr w:type="spellStart"/>
      <w:r w:rsidRPr="00FF428D">
        <w:rPr>
          <w:rFonts w:ascii="Comic Sans MS" w:hAnsi="Comic Sans MS"/>
          <w:lang w:val="nn-NO"/>
        </w:rPr>
        <w:t>HVL</w:t>
      </w:r>
      <w:proofErr w:type="spellEnd"/>
      <w:r w:rsidRPr="00FF428D">
        <w:rPr>
          <w:rFonts w:ascii="Comic Sans MS" w:hAnsi="Comic Sans MS"/>
          <w:lang w:val="nn-NO"/>
        </w:rPr>
        <w:t>) og Valvatna FUS barnehage</w:t>
      </w:r>
    </w:p>
    <w:p w14:paraId="6D320B4B" w14:textId="77777777" w:rsidR="005979F6" w:rsidRPr="00FF428D" w:rsidRDefault="00970104">
      <w:pPr>
        <w:rPr>
          <w:rFonts w:ascii="Comic Sans MS" w:hAnsi="Comic Sans MS"/>
          <w:lang w:val="nn-NO"/>
        </w:rPr>
      </w:pPr>
      <w:r w:rsidRPr="00FF428D">
        <w:rPr>
          <w:rFonts w:ascii="Comic Sans MS" w:hAnsi="Comic Sans MS"/>
          <w:b/>
          <w:lang w:val="nn-NO"/>
        </w:rPr>
        <w:t xml:space="preserve">Tema: </w:t>
      </w:r>
      <w:r w:rsidRPr="00FF428D">
        <w:rPr>
          <w:rFonts w:ascii="Comic Sans MS" w:hAnsi="Comic Sans MS"/>
          <w:lang w:val="nn-NO"/>
        </w:rPr>
        <w:t>Med blikk for eigen praksis – rettleiing som skaper psykologisk tryggleik hos tilsette</w:t>
      </w:r>
    </w:p>
    <w:p w14:paraId="78C2DB8D" w14:textId="77777777" w:rsidR="00D54E81" w:rsidRPr="00FF428D" w:rsidRDefault="00B258D3">
      <w:pPr>
        <w:rPr>
          <w:rFonts w:ascii="Comic Sans MS" w:hAnsi="Comic Sans MS"/>
          <w:b/>
          <w:lang w:val="nn-NO"/>
        </w:rPr>
      </w:pPr>
      <w:r w:rsidRPr="00FF428D">
        <w:rPr>
          <w:rFonts w:ascii="Comic Sans MS" w:hAnsi="Comic Sans MS"/>
          <w:b/>
          <w:lang w:val="nn-NO"/>
        </w:rPr>
        <w:t xml:space="preserve">Vårt mål: </w:t>
      </w:r>
    </w:p>
    <w:p w14:paraId="79E796DC" w14:textId="23472DA6" w:rsidR="00494A65" w:rsidRPr="00FF428D" w:rsidRDefault="008E6B23">
      <w:pPr>
        <w:rPr>
          <w:rFonts w:ascii="Comic Sans MS" w:hAnsi="Comic Sans MS"/>
          <w:sz w:val="22"/>
          <w:szCs w:val="22"/>
          <w:lang w:val="nn-NO"/>
        </w:rPr>
      </w:pPr>
      <w:r w:rsidRPr="00FF428D">
        <w:rPr>
          <w:rFonts w:ascii="Comic Sans MS" w:hAnsi="Comic Sans MS"/>
          <w:color w:val="000000"/>
          <w:sz w:val="22"/>
          <w:szCs w:val="22"/>
          <w:lang w:val="nn-NO"/>
        </w:rPr>
        <w:t xml:space="preserve">Å styrkja kvaliteten i det pedagogiske arbeidet gjennom refleksjon, rettleiing og profesjonsutvikling </w:t>
      </w:r>
      <w:r w:rsidR="007C03CE" w:rsidRPr="00FF428D">
        <w:rPr>
          <w:rFonts w:ascii="Comic Sans MS" w:hAnsi="Comic Sans MS"/>
          <w:color w:val="000000"/>
          <w:lang w:val="nn-NO"/>
        </w:rPr>
        <w:t xml:space="preserve">- </w:t>
      </w:r>
      <w:r w:rsidRPr="00FF428D">
        <w:rPr>
          <w:rFonts w:ascii="Comic Sans MS" w:hAnsi="Comic Sans MS"/>
          <w:color w:val="000000"/>
          <w:sz w:val="22"/>
          <w:szCs w:val="22"/>
          <w:lang w:val="nn-NO"/>
        </w:rPr>
        <w:t>til beste for barna.</w:t>
      </w:r>
    </w:p>
    <w:p w14:paraId="6D97EE37" w14:textId="77777777" w:rsidR="005979F6" w:rsidRPr="00FF428D" w:rsidRDefault="00970104" w:rsidP="005040E9">
      <w:pPr>
        <w:pStyle w:val="Overskrift2"/>
        <w:rPr>
          <w:rFonts w:ascii="Comic Sans MS" w:hAnsi="Comic Sans MS"/>
          <w:lang w:val="nn-NO"/>
        </w:rPr>
      </w:pPr>
      <w:bookmarkStart w:id="3" w:name="_Toc238461405"/>
      <w:r w:rsidRPr="00FF428D">
        <w:rPr>
          <w:rFonts w:ascii="Comic Sans MS" w:hAnsi="Comic Sans MS"/>
          <w:lang w:val="nn-NO"/>
        </w:rPr>
        <w:lastRenderedPageBreak/>
        <w:t>Samarbeid heim–barnehage</w:t>
      </w:r>
      <w:bookmarkEnd w:id="3"/>
    </w:p>
    <w:p w14:paraId="61C957C5" w14:textId="77777777" w:rsidR="00390643" w:rsidRPr="00FF428D" w:rsidRDefault="00390643" w:rsidP="00390643">
      <w:pPr>
        <w:rPr>
          <w:lang w:val="nn-NO"/>
        </w:rPr>
      </w:pPr>
    </w:p>
    <w:p w14:paraId="7D3EB27A" w14:textId="38970AD0" w:rsidR="001722B8" w:rsidRPr="00FF428D" w:rsidRDefault="003E7B34">
      <w:pPr>
        <w:rPr>
          <w:rFonts w:ascii="Comic Sans MS" w:hAnsi="Comic Sans MS"/>
          <w:b/>
          <w:bCs/>
          <w:lang w:val="nn-NO"/>
        </w:rPr>
      </w:pPr>
      <w:r w:rsidRPr="00FF428D">
        <w:rPr>
          <w:rStyle w:val="Utheving"/>
          <w:rFonts w:ascii="Comic Sans MS" w:hAnsi="Comic Sans MS"/>
          <w:color w:val="000000"/>
          <w:lang w:val="nn-NO"/>
        </w:rPr>
        <w:t>«Barnehagen skal i samarbeid og forståing med heimen ivareta barna sitt behov for omsorg og leik, og fremja læring og danning som grunnlag for allsidig utvikling.»</w:t>
      </w:r>
      <w:r w:rsidRPr="00FF428D">
        <w:rPr>
          <w:rFonts w:ascii="Comic Sans MS" w:hAnsi="Comic Sans MS"/>
          <w:color w:val="000000"/>
          <w:lang w:val="nn-NO"/>
        </w:rPr>
        <w:br/>
      </w:r>
      <w:r w:rsidRPr="00FF428D">
        <w:rPr>
          <w:rStyle w:val="Sterk"/>
          <w:rFonts w:ascii="Comic Sans MS" w:hAnsi="Comic Sans MS"/>
          <w:b w:val="0"/>
          <w:bCs w:val="0"/>
          <w:color w:val="000000"/>
          <w:lang w:val="nn-NO"/>
        </w:rPr>
        <w:t>– Rammeplan for barnehagen, med heimel i barnehagelova § 1</w:t>
      </w:r>
      <w:r w:rsidRPr="00FF428D">
        <w:rPr>
          <w:rFonts w:ascii="Comic Sans MS" w:hAnsi="Comic Sans MS"/>
          <w:b/>
          <w:bCs/>
          <w:lang w:val="nn-NO"/>
        </w:rPr>
        <w:t xml:space="preserve">. </w:t>
      </w:r>
    </w:p>
    <w:p w14:paraId="1AC2A43F" w14:textId="77777777" w:rsidR="00390643" w:rsidRPr="00FF428D" w:rsidRDefault="00390643">
      <w:pPr>
        <w:rPr>
          <w:rFonts w:ascii="Comic Sans MS" w:hAnsi="Comic Sans MS"/>
          <w:b/>
          <w:bCs/>
          <w:lang w:val="nn-NO"/>
        </w:rPr>
      </w:pPr>
    </w:p>
    <w:p w14:paraId="789A9B87" w14:textId="0E8AC89C" w:rsidR="005979F6" w:rsidRPr="00FF428D" w:rsidRDefault="00970104">
      <w:pPr>
        <w:rPr>
          <w:rFonts w:ascii="Comic Sans MS" w:hAnsi="Comic Sans MS"/>
          <w:lang w:val="nn-NO"/>
        </w:rPr>
      </w:pPr>
      <w:r w:rsidRPr="00FF428D">
        <w:rPr>
          <w:rFonts w:ascii="Comic Sans MS" w:hAnsi="Comic Sans MS"/>
          <w:lang w:val="nn-NO"/>
        </w:rPr>
        <w:t>Eit godt samarbeid mellom heim og barnehage er avgjerande for at barnet skal oppleva tryggleik, trivsel og utvikling.</w:t>
      </w:r>
    </w:p>
    <w:p w14:paraId="4F86C0E2" w14:textId="77777777" w:rsidR="00390643" w:rsidRPr="00FF428D" w:rsidRDefault="00390643">
      <w:pPr>
        <w:rPr>
          <w:rFonts w:ascii="Comic Sans MS" w:hAnsi="Comic Sans MS"/>
          <w:lang w:val="nn-NO"/>
        </w:rPr>
      </w:pPr>
    </w:p>
    <w:p w14:paraId="5E4D8B71" w14:textId="52390728" w:rsidR="005979F6" w:rsidRPr="00FF428D" w:rsidRDefault="00970104">
      <w:pPr>
        <w:rPr>
          <w:rFonts w:ascii="Comic Sans MS" w:hAnsi="Comic Sans MS"/>
          <w:lang w:val="nn-NO"/>
        </w:rPr>
      </w:pPr>
      <w:r w:rsidRPr="00FF428D">
        <w:rPr>
          <w:rFonts w:ascii="Comic Sans MS" w:hAnsi="Comic Sans MS"/>
          <w:lang w:val="nn-NO"/>
        </w:rPr>
        <w:t xml:space="preserve">I Naustvågen barnehage legg me stor vekt på å byggja gode relasjonar til foreldra. Me </w:t>
      </w:r>
      <w:r w:rsidR="004E33BF" w:rsidRPr="00FF428D">
        <w:rPr>
          <w:rFonts w:ascii="Comic Sans MS" w:hAnsi="Comic Sans MS"/>
          <w:lang w:val="nn-NO"/>
        </w:rPr>
        <w:t>y</w:t>
      </w:r>
      <w:r w:rsidRPr="00FF428D">
        <w:rPr>
          <w:rFonts w:ascii="Comic Sans MS" w:hAnsi="Comic Sans MS"/>
          <w:lang w:val="nn-NO"/>
        </w:rPr>
        <w:t>nskjer eit samarbeid prega av openheit, tillit, respekt og gjensidig dialog. Foreldra kjenner barnet sitt best, medan personalet har den barnehagefaglege kompetansen. Når me deler erfaringar og kunnskap med kvarandre, skaper me dei beste føresetnadene for barnet.</w:t>
      </w:r>
    </w:p>
    <w:p w14:paraId="1A3303F2" w14:textId="77777777" w:rsidR="00390643" w:rsidRPr="00FF428D" w:rsidRDefault="00390643">
      <w:pPr>
        <w:rPr>
          <w:rFonts w:ascii="Comic Sans MS" w:hAnsi="Comic Sans MS"/>
          <w:lang w:val="nn-NO"/>
        </w:rPr>
      </w:pPr>
    </w:p>
    <w:p w14:paraId="5FEB6290" w14:textId="77777777" w:rsidR="005979F6" w:rsidRPr="00FF428D" w:rsidRDefault="00970104">
      <w:pPr>
        <w:rPr>
          <w:rFonts w:ascii="Comic Sans MS" w:hAnsi="Comic Sans MS"/>
          <w:b/>
          <w:bCs/>
          <w:lang w:val="nn-NO"/>
        </w:rPr>
      </w:pPr>
      <w:r w:rsidRPr="00FF428D">
        <w:rPr>
          <w:rFonts w:ascii="Comic Sans MS" w:hAnsi="Comic Sans MS"/>
          <w:b/>
          <w:bCs/>
          <w:lang w:val="nn-NO"/>
        </w:rPr>
        <w:t>Slik samarbeider me</w:t>
      </w:r>
    </w:p>
    <w:p w14:paraId="39F35711" w14:textId="77777777" w:rsidR="00390643" w:rsidRPr="00FF428D" w:rsidRDefault="00390643">
      <w:pPr>
        <w:rPr>
          <w:rFonts w:ascii="Comic Sans MS" w:hAnsi="Comic Sans MS"/>
          <w:b/>
          <w:bCs/>
          <w:lang w:val="nn-NO"/>
        </w:rPr>
      </w:pPr>
    </w:p>
    <w:p w14:paraId="64311975" w14:textId="77777777" w:rsidR="005979F6" w:rsidRPr="00FF428D" w:rsidRDefault="00970104">
      <w:pPr>
        <w:rPr>
          <w:rFonts w:ascii="Comic Sans MS" w:hAnsi="Comic Sans MS"/>
          <w:lang w:val="nn-NO"/>
        </w:rPr>
      </w:pPr>
      <w:r w:rsidRPr="00FF428D">
        <w:rPr>
          <w:rFonts w:ascii="Comic Sans MS" w:hAnsi="Comic Sans MS"/>
          <w:b/>
          <w:lang w:val="nn-NO"/>
        </w:rPr>
        <w:t xml:space="preserve">Oppstart: </w:t>
      </w:r>
      <w:r w:rsidRPr="00FF428D">
        <w:rPr>
          <w:rFonts w:ascii="Comic Sans MS" w:hAnsi="Comic Sans MS"/>
          <w:lang w:val="nn-NO"/>
        </w:rPr>
        <w:t>Før barnet byrjar i barnehagen inviterer me til oppstartsamtale. Tilvenninga vert planlagd i samarbeid med foreldra og tilpassa barnet sine behov.</w:t>
      </w:r>
    </w:p>
    <w:p w14:paraId="4A7DF7D4" w14:textId="77777777" w:rsidR="00390643" w:rsidRPr="00FF428D" w:rsidRDefault="00390643">
      <w:pPr>
        <w:rPr>
          <w:rFonts w:ascii="Comic Sans MS" w:hAnsi="Comic Sans MS"/>
          <w:lang w:val="nn-NO"/>
        </w:rPr>
      </w:pPr>
    </w:p>
    <w:p w14:paraId="4AAA93F7" w14:textId="77777777" w:rsidR="005979F6" w:rsidRPr="00FF428D" w:rsidRDefault="00970104">
      <w:pPr>
        <w:rPr>
          <w:rFonts w:ascii="Comic Sans MS" w:hAnsi="Comic Sans MS"/>
          <w:lang w:val="nn-NO"/>
        </w:rPr>
      </w:pPr>
      <w:r w:rsidRPr="00FF428D">
        <w:rPr>
          <w:rFonts w:ascii="Comic Sans MS" w:hAnsi="Comic Sans MS"/>
          <w:b/>
          <w:lang w:val="nn-NO"/>
        </w:rPr>
        <w:t xml:space="preserve">Foreldremøte: </w:t>
      </w:r>
      <w:r w:rsidRPr="00FF428D">
        <w:rPr>
          <w:rFonts w:ascii="Comic Sans MS" w:hAnsi="Comic Sans MS"/>
          <w:lang w:val="nn-NO"/>
        </w:rPr>
        <w:t>Kvart barnehageår inviterer me til foreldremøte der me informerer om innhald, satsingsområde og det pedagogiske arbeidet.</w:t>
      </w:r>
    </w:p>
    <w:p w14:paraId="61B3DA3A" w14:textId="77777777" w:rsidR="00390643" w:rsidRPr="00FF428D" w:rsidRDefault="00390643">
      <w:pPr>
        <w:rPr>
          <w:rFonts w:ascii="Comic Sans MS" w:hAnsi="Comic Sans MS"/>
          <w:lang w:val="nn-NO"/>
        </w:rPr>
      </w:pPr>
    </w:p>
    <w:p w14:paraId="0CFB4B3E" w14:textId="77777777" w:rsidR="005979F6" w:rsidRPr="00FF428D" w:rsidRDefault="00970104">
      <w:pPr>
        <w:rPr>
          <w:rFonts w:ascii="Comic Sans MS" w:hAnsi="Comic Sans MS"/>
          <w:lang w:val="nn-NO"/>
        </w:rPr>
      </w:pPr>
      <w:r w:rsidRPr="00FF428D">
        <w:rPr>
          <w:rFonts w:ascii="Comic Sans MS" w:hAnsi="Comic Sans MS"/>
          <w:b/>
          <w:lang w:val="nn-NO"/>
        </w:rPr>
        <w:t xml:space="preserve">Foreldresamtalar: </w:t>
      </w:r>
      <w:r w:rsidRPr="00FF428D">
        <w:rPr>
          <w:rFonts w:ascii="Comic Sans MS" w:hAnsi="Comic Sans MS"/>
          <w:lang w:val="nn-NO"/>
        </w:rPr>
        <w:t>Alle foreldre får tilbod om to utviklingssamtalar kvart år. Ved behov gjennomfører me fleire samtalar.</w:t>
      </w:r>
    </w:p>
    <w:p w14:paraId="4908C3EB" w14:textId="77777777" w:rsidR="00390643" w:rsidRPr="00FF428D" w:rsidRDefault="00390643">
      <w:pPr>
        <w:rPr>
          <w:rFonts w:ascii="Comic Sans MS" w:hAnsi="Comic Sans MS"/>
          <w:lang w:val="nn-NO"/>
        </w:rPr>
      </w:pPr>
    </w:p>
    <w:p w14:paraId="1F823B34" w14:textId="77777777" w:rsidR="005979F6" w:rsidRPr="00FF428D" w:rsidRDefault="00970104">
      <w:pPr>
        <w:rPr>
          <w:rFonts w:ascii="Comic Sans MS" w:hAnsi="Comic Sans MS"/>
          <w:lang w:val="nn-NO"/>
        </w:rPr>
      </w:pPr>
      <w:r w:rsidRPr="00FF428D">
        <w:rPr>
          <w:rFonts w:ascii="Comic Sans MS" w:hAnsi="Comic Sans MS"/>
          <w:b/>
          <w:lang w:val="nn-NO"/>
        </w:rPr>
        <w:t xml:space="preserve">Den daglege dialogen: </w:t>
      </w:r>
      <w:r w:rsidRPr="00FF428D">
        <w:rPr>
          <w:rFonts w:ascii="Comic Sans MS" w:hAnsi="Comic Sans MS"/>
          <w:lang w:val="nn-NO"/>
        </w:rPr>
        <w:t>Levering og henting gir høve til korte samtalar om barnet sin dag og behov.</w:t>
      </w:r>
    </w:p>
    <w:p w14:paraId="60F99758" w14:textId="77777777" w:rsidR="00390643" w:rsidRPr="00FF428D" w:rsidRDefault="00390643">
      <w:pPr>
        <w:rPr>
          <w:rFonts w:ascii="Comic Sans MS" w:hAnsi="Comic Sans MS"/>
          <w:lang w:val="nn-NO"/>
        </w:rPr>
      </w:pPr>
    </w:p>
    <w:p w14:paraId="6CD79B0B" w14:textId="77777777" w:rsidR="00390643" w:rsidRPr="00FF428D" w:rsidRDefault="00970104">
      <w:pPr>
        <w:rPr>
          <w:rFonts w:ascii="Comic Sans MS" w:hAnsi="Comic Sans MS"/>
          <w:lang w:val="nn-NO"/>
        </w:rPr>
      </w:pPr>
      <w:proofErr w:type="spellStart"/>
      <w:r w:rsidRPr="00FF428D">
        <w:rPr>
          <w:rFonts w:ascii="Comic Sans MS" w:hAnsi="Comic Sans MS"/>
          <w:b/>
          <w:lang w:val="nn-NO"/>
        </w:rPr>
        <w:t>Kidplan</w:t>
      </w:r>
      <w:proofErr w:type="spellEnd"/>
      <w:r w:rsidRPr="00FF428D">
        <w:rPr>
          <w:rFonts w:ascii="Comic Sans MS" w:hAnsi="Comic Sans MS"/>
          <w:b/>
          <w:lang w:val="nn-NO"/>
        </w:rPr>
        <w:t xml:space="preserve">: </w:t>
      </w:r>
      <w:proofErr w:type="spellStart"/>
      <w:r w:rsidRPr="00FF428D">
        <w:rPr>
          <w:rFonts w:ascii="Comic Sans MS" w:hAnsi="Comic Sans MS"/>
          <w:lang w:val="nn-NO"/>
        </w:rPr>
        <w:t>Kidplan</w:t>
      </w:r>
      <w:proofErr w:type="spellEnd"/>
      <w:r w:rsidRPr="00FF428D">
        <w:rPr>
          <w:rFonts w:ascii="Comic Sans MS" w:hAnsi="Comic Sans MS"/>
          <w:lang w:val="nn-NO"/>
        </w:rPr>
        <w:t xml:space="preserve"> er barnehagen </w:t>
      </w:r>
    </w:p>
    <w:p w14:paraId="6225FDC6" w14:textId="7050F518" w:rsidR="005979F6" w:rsidRPr="00FF428D" w:rsidRDefault="00970104">
      <w:pPr>
        <w:rPr>
          <w:rFonts w:ascii="Comic Sans MS" w:hAnsi="Comic Sans MS"/>
          <w:lang w:val="nn-NO"/>
        </w:rPr>
      </w:pPr>
      <w:r w:rsidRPr="00FF428D">
        <w:rPr>
          <w:rFonts w:ascii="Comic Sans MS" w:hAnsi="Comic Sans MS"/>
          <w:lang w:val="nn-NO"/>
        </w:rPr>
        <w:t>sin viktigaste informasjonskanal. Her deler me planar, informasjon og glimt frå kvardagen.</w:t>
      </w:r>
    </w:p>
    <w:p w14:paraId="67129533" w14:textId="77777777" w:rsidR="00390643" w:rsidRPr="00FF428D" w:rsidRDefault="00390643">
      <w:pPr>
        <w:rPr>
          <w:rFonts w:ascii="Comic Sans MS" w:hAnsi="Comic Sans MS"/>
          <w:lang w:val="nn-NO"/>
        </w:rPr>
      </w:pPr>
    </w:p>
    <w:p w14:paraId="6685847F" w14:textId="77777777" w:rsidR="005979F6" w:rsidRPr="00FF428D" w:rsidRDefault="00970104">
      <w:pPr>
        <w:rPr>
          <w:rFonts w:ascii="Comic Sans MS" w:hAnsi="Comic Sans MS"/>
          <w:lang w:val="nn-NO"/>
        </w:rPr>
      </w:pPr>
      <w:r w:rsidRPr="00FF428D">
        <w:rPr>
          <w:rFonts w:ascii="Comic Sans MS" w:hAnsi="Comic Sans MS"/>
          <w:b/>
          <w:lang w:val="nn-NO"/>
        </w:rPr>
        <w:t xml:space="preserve">Samarbeidsutval (SU): </w:t>
      </w:r>
      <w:r w:rsidRPr="00FF428D">
        <w:rPr>
          <w:rFonts w:ascii="Comic Sans MS" w:hAnsi="Comic Sans MS"/>
          <w:lang w:val="nn-NO"/>
        </w:rPr>
        <w:t>Gjennom Samarbeidsutvalet får foreldra medverka i utviklinga av barnehagen.</w:t>
      </w:r>
    </w:p>
    <w:p w14:paraId="2F47E01E" w14:textId="77777777" w:rsidR="00F80148" w:rsidRPr="00FF428D" w:rsidRDefault="00F80148">
      <w:pPr>
        <w:rPr>
          <w:rFonts w:ascii="Comic Sans MS" w:hAnsi="Comic Sans MS"/>
          <w:lang w:val="nn-NO"/>
        </w:rPr>
      </w:pPr>
      <w:r w:rsidRPr="00FF428D">
        <w:rPr>
          <w:rFonts w:ascii="Comic Sans MS" w:hAnsi="Comic Sans MS"/>
          <w:lang w:val="nn-NO"/>
        </w:rPr>
        <w:br w:type="page"/>
      </w:r>
    </w:p>
    <w:p w14:paraId="2B38E7BC" w14:textId="3BAB2219" w:rsidR="005979F6" w:rsidRPr="00FF428D" w:rsidRDefault="00970104" w:rsidP="007D7587">
      <w:pPr>
        <w:rPr>
          <w:rFonts w:ascii="Comic Sans MS" w:hAnsi="Comic Sans MS"/>
          <w:b/>
          <w:bCs/>
          <w:lang w:val="nn-NO"/>
        </w:rPr>
      </w:pPr>
      <w:r w:rsidRPr="00FF428D">
        <w:rPr>
          <w:rFonts w:ascii="Comic Sans MS" w:hAnsi="Comic Sans MS"/>
          <w:b/>
          <w:bCs/>
          <w:lang w:val="nn-NO"/>
        </w:rPr>
        <w:lastRenderedPageBreak/>
        <w:t>Foreldremedverknad</w:t>
      </w:r>
    </w:p>
    <w:p w14:paraId="4F316FCA" w14:textId="77777777" w:rsidR="00390643" w:rsidRPr="00FF428D" w:rsidRDefault="00390643" w:rsidP="007D7587">
      <w:pPr>
        <w:rPr>
          <w:rFonts w:ascii="Comic Sans MS" w:hAnsi="Comic Sans MS"/>
          <w:b/>
          <w:bCs/>
          <w:lang w:val="nn-NO"/>
        </w:rPr>
      </w:pPr>
    </w:p>
    <w:p w14:paraId="411EEAD8" w14:textId="77777777" w:rsidR="005979F6" w:rsidRPr="00FF428D" w:rsidRDefault="00970104">
      <w:pPr>
        <w:rPr>
          <w:rFonts w:ascii="Comic Sans MS" w:hAnsi="Comic Sans MS"/>
          <w:lang w:val="nn-NO"/>
        </w:rPr>
      </w:pPr>
      <w:r w:rsidRPr="00FF428D">
        <w:rPr>
          <w:rFonts w:ascii="Comic Sans MS" w:hAnsi="Comic Sans MS"/>
          <w:lang w:val="nn-NO"/>
        </w:rPr>
        <w:t>Foreldra har rett til medverknad i barnehagen si verksemd. Innspel frå foreldra er viktige når me vurderer og vidareutviklar kvaliteten i barnehagen. Me nyttar mellom anna foreldresamtalar, foreldremøte, Samarbeidsutvalet og den årlege foreldreundersøkinga til å utvikla tilbodet vårt.</w:t>
      </w:r>
    </w:p>
    <w:p w14:paraId="613342D0" w14:textId="77777777" w:rsidR="00390643" w:rsidRPr="00FF428D" w:rsidRDefault="00390643">
      <w:pPr>
        <w:rPr>
          <w:rFonts w:ascii="Comic Sans MS" w:hAnsi="Comic Sans MS"/>
          <w:lang w:val="nn-NO"/>
        </w:rPr>
      </w:pPr>
    </w:p>
    <w:p w14:paraId="5A242840" w14:textId="77777777" w:rsidR="005979F6" w:rsidRPr="00FF428D" w:rsidRDefault="00970104">
      <w:pPr>
        <w:rPr>
          <w:rFonts w:ascii="Comic Sans MS" w:hAnsi="Comic Sans MS"/>
          <w:b/>
          <w:bCs/>
          <w:lang w:val="nn-NO"/>
        </w:rPr>
      </w:pPr>
      <w:r w:rsidRPr="00FF428D">
        <w:rPr>
          <w:rFonts w:ascii="Comic Sans MS" w:hAnsi="Comic Sans MS"/>
          <w:b/>
          <w:bCs/>
          <w:lang w:val="nn-NO"/>
        </w:rPr>
        <w:t>Vårt mål</w:t>
      </w:r>
    </w:p>
    <w:p w14:paraId="2D2B7D64" w14:textId="77777777" w:rsidR="005A2013" w:rsidRPr="00FF428D" w:rsidRDefault="00970104" w:rsidP="00B258D3">
      <w:pPr>
        <w:rPr>
          <w:lang w:val="nn-NO"/>
        </w:rPr>
      </w:pPr>
      <w:r w:rsidRPr="00FF428D">
        <w:rPr>
          <w:rFonts w:ascii="Comic Sans MS" w:hAnsi="Comic Sans MS"/>
          <w:lang w:val="nn-NO"/>
        </w:rPr>
        <w:t>Me ønskjer at alle foreldre skal oppleva Naustvågen barnehage som ein trygg samarbeidspartnar. Når heim og barnehage møter kvarandre med tillit, respekt og open kommunikasjon, legg me saman grunnlaget for at barna skal trivast, utvikla seg og oppleva ein trygg og meiningsfull barndom.</w:t>
      </w:r>
      <w:r w:rsidR="005A2013" w:rsidRPr="00FF428D">
        <w:rPr>
          <w:lang w:val="nn-NO"/>
        </w:rPr>
        <w:t xml:space="preserve"> </w:t>
      </w:r>
    </w:p>
    <w:p w14:paraId="6B4E0732" w14:textId="77777777" w:rsidR="005A2013" w:rsidRPr="00FF428D" w:rsidRDefault="005A2013" w:rsidP="005A2013">
      <w:pPr>
        <w:jc w:val="center"/>
        <w:rPr>
          <w:lang w:val="nn-NO"/>
        </w:rPr>
      </w:pPr>
    </w:p>
    <w:p w14:paraId="3828F98A" w14:textId="78763EA4" w:rsidR="005979F6" w:rsidRPr="00FF428D" w:rsidRDefault="005A2013" w:rsidP="005A2013">
      <w:pPr>
        <w:jc w:val="center"/>
        <w:rPr>
          <w:rFonts w:ascii="Comic Sans MS" w:hAnsi="Comic Sans MS"/>
          <w:lang w:val="nn-NO"/>
        </w:rPr>
      </w:pPr>
      <w:r w:rsidRPr="00FF428D">
        <w:rPr>
          <w:lang w:val="nn-NO"/>
        </w:rPr>
        <w:fldChar w:fldCharType="begin"/>
      </w:r>
      <w:r w:rsidRPr="00FF428D">
        <w:rPr>
          <w:lang w:val="nn-NO"/>
        </w:rPr>
        <w:instrText xml:space="preserve"> INCLUDEPICTURE "/Users/monavaage/Library/Group Containers/UBF8T346G9.ms/WebArchiveCopyPasteTempFiles/com.microsoft.Word/?id=fb4414c1-d932-40ab-926a-66d41b97053c.jpeg&amp;token=ZDI3ZjUyNTgtOTkyNC00ZmM1LTkzZGItMjAyNmRkMmM5ZWQ5MTE0MDE1MTQxOTYzODI4ODE1ODk4MzIzNDI2OA==&amp;size=f1440x1440" \* MERGEFORMATINET </w:instrText>
      </w:r>
      <w:r w:rsidRPr="00FF428D">
        <w:rPr>
          <w:lang w:val="nn-NO"/>
        </w:rPr>
        <w:fldChar w:fldCharType="separate"/>
      </w:r>
      <w:r w:rsidRPr="00FF428D">
        <w:rPr>
          <w:noProof/>
          <w:lang w:val="nn-NO"/>
        </w:rPr>
        <w:drawing>
          <wp:inline distT="0" distB="0" distL="0" distR="0" wp14:anchorId="73ED4E68" wp14:editId="2C63DB6E">
            <wp:extent cx="4792133" cy="3594100"/>
            <wp:effectExtent l="0" t="0" r="0" b="0"/>
            <wp:docPr id="364813435"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6312" cy="3597235"/>
                    </a:xfrm>
                    <a:prstGeom prst="rect">
                      <a:avLst/>
                    </a:prstGeom>
                    <a:ln>
                      <a:noFill/>
                    </a:ln>
                    <a:effectLst>
                      <a:softEdge rad="112500"/>
                    </a:effectLst>
                  </pic:spPr>
                </pic:pic>
              </a:graphicData>
            </a:graphic>
          </wp:inline>
        </w:drawing>
      </w:r>
      <w:r w:rsidRPr="00FF428D">
        <w:rPr>
          <w:lang w:val="nn-NO"/>
        </w:rPr>
        <w:fldChar w:fldCharType="end"/>
      </w:r>
    </w:p>
    <w:p w14:paraId="0A5D735D" w14:textId="77777777" w:rsidR="00CF516E" w:rsidRPr="00FF428D" w:rsidRDefault="00CF516E">
      <w:pPr>
        <w:rPr>
          <w:rFonts w:ascii="Comic Sans MS" w:eastAsiaTheme="majorEastAsia" w:hAnsi="Comic Sans MS" w:cstheme="majorBidi"/>
          <w:b/>
          <w:bCs/>
          <w:color w:val="4F81BD" w:themeColor="accent1"/>
          <w:sz w:val="26"/>
          <w:szCs w:val="26"/>
          <w:lang w:val="nn-NO"/>
        </w:rPr>
      </w:pPr>
      <w:r w:rsidRPr="00FF428D">
        <w:rPr>
          <w:rFonts w:ascii="Comic Sans MS" w:hAnsi="Comic Sans MS"/>
          <w:lang w:val="nn-NO"/>
        </w:rPr>
        <w:br w:type="page"/>
      </w:r>
    </w:p>
    <w:p w14:paraId="16F9F841" w14:textId="50E20818" w:rsidR="005979F6" w:rsidRPr="00FF428D" w:rsidRDefault="00970104" w:rsidP="00CF516E">
      <w:pPr>
        <w:pStyle w:val="Overskrift2"/>
        <w:rPr>
          <w:rFonts w:ascii="Comic Sans MS" w:hAnsi="Comic Sans MS"/>
          <w:lang w:val="nn-NO"/>
        </w:rPr>
      </w:pPr>
      <w:bookmarkStart w:id="4" w:name="_Toc238461406"/>
      <w:r w:rsidRPr="00FF428D">
        <w:rPr>
          <w:rFonts w:ascii="Comic Sans MS" w:hAnsi="Comic Sans MS"/>
          <w:lang w:val="nn-NO"/>
        </w:rPr>
        <w:lastRenderedPageBreak/>
        <w:t>Barn sin rett til medverknad</w:t>
      </w:r>
      <w:bookmarkEnd w:id="4"/>
    </w:p>
    <w:p w14:paraId="6C632679" w14:textId="77777777" w:rsidR="00390643" w:rsidRPr="00FF428D" w:rsidRDefault="00390643" w:rsidP="00390643">
      <w:pPr>
        <w:rPr>
          <w:lang w:val="nn-NO"/>
        </w:rPr>
      </w:pPr>
    </w:p>
    <w:p w14:paraId="0EB59648" w14:textId="77777777" w:rsidR="005979F6" w:rsidRPr="00FF428D" w:rsidRDefault="00970104">
      <w:pPr>
        <w:rPr>
          <w:rFonts w:ascii="Comic Sans MS" w:hAnsi="Comic Sans MS"/>
          <w:lang w:val="nn-NO"/>
        </w:rPr>
      </w:pPr>
      <w:r w:rsidRPr="00FF428D">
        <w:rPr>
          <w:rFonts w:ascii="Comic Sans MS" w:hAnsi="Comic Sans MS"/>
          <w:i/>
          <w:lang w:val="nn-NO"/>
        </w:rPr>
        <w:t>«Barn i barnehagen har rett til å gi uttrykk for sitt syn på barnehagen si daglege verksemd og i saker som gjeld dei sjølve. I alle handlingar og avgjerder som gjeld barn i barnehagen, skal barnet sitt beste vera eit grunnleggjande omsyn.»</w:t>
      </w:r>
      <w:r w:rsidRPr="00FF428D">
        <w:rPr>
          <w:rFonts w:ascii="Comic Sans MS" w:hAnsi="Comic Sans MS"/>
          <w:lang w:val="nn-NO"/>
        </w:rPr>
        <w:br/>
        <w:t>– Barnehagelova § 3</w:t>
      </w:r>
    </w:p>
    <w:p w14:paraId="37D16F32" w14:textId="77777777" w:rsidR="00390643" w:rsidRPr="00FF428D" w:rsidRDefault="00390643">
      <w:pPr>
        <w:rPr>
          <w:rFonts w:ascii="Comic Sans MS" w:hAnsi="Comic Sans MS"/>
          <w:lang w:val="nn-NO"/>
        </w:rPr>
      </w:pPr>
    </w:p>
    <w:p w14:paraId="6752F244" w14:textId="7FCE0E0A" w:rsidR="005979F6" w:rsidRPr="00FF428D" w:rsidRDefault="00970104">
      <w:pPr>
        <w:rPr>
          <w:rFonts w:ascii="Comic Sans MS" w:hAnsi="Comic Sans MS"/>
          <w:lang w:val="nn-NO"/>
        </w:rPr>
      </w:pPr>
      <w:r w:rsidRPr="00FF428D">
        <w:rPr>
          <w:rFonts w:ascii="Comic Sans MS" w:hAnsi="Comic Sans MS"/>
          <w:lang w:val="nn-NO"/>
        </w:rPr>
        <w:t>Barn har rett til å bli høyrde og få medverka i sin eigen kvardag. I Naustvågen barnehage ser me på barn som kompetente deltakarar med eigne tankar, erfaringar og meiningar. Medverknad handlar om å bli lytta til og teken på alvor, ikkje</w:t>
      </w:r>
      <w:r w:rsidR="00254A19" w:rsidRPr="00FF428D">
        <w:rPr>
          <w:rFonts w:ascii="Comic Sans MS" w:hAnsi="Comic Sans MS"/>
          <w:lang w:val="nn-NO"/>
        </w:rPr>
        <w:t xml:space="preserve"> </w:t>
      </w:r>
      <w:r w:rsidRPr="00FF428D">
        <w:rPr>
          <w:rFonts w:ascii="Comic Sans MS" w:hAnsi="Comic Sans MS"/>
          <w:lang w:val="nn-NO"/>
        </w:rPr>
        <w:t>at barnet alltid skal bestemma.</w:t>
      </w:r>
    </w:p>
    <w:p w14:paraId="39BEB8B8" w14:textId="77777777" w:rsidR="00390643" w:rsidRPr="00FF428D" w:rsidRDefault="00390643">
      <w:pPr>
        <w:rPr>
          <w:rFonts w:ascii="Comic Sans MS" w:hAnsi="Comic Sans MS"/>
          <w:lang w:val="nn-NO"/>
        </w:rPr>
      </w:pPr>
    </w:p>
    <w:p w14:paraId="7424F7B0" w14:textId="77777777" w:rsidR="005979F6" w:rsidRPr="00FF428D" w:rsidRDefault="00970104">
      <w:pPr>
        <w:rPr>
          <w:rFonts w:ascii="Comic Sans MS" w:hAnsi="Comic Sans MS"/>
          <w:b/>
          <w:bCs/>
          <w:lang w:val="nn-NO"/>
        </w:rPr>
      </w:pPr>
      <w:r w:rsidRPr="00FF428D">
        <w:rPr>
          <w:rFonts w:ascii="Comic Sans MS" w:hAnsi="Comic Sans MS"/>
          <w:b/>
          <w:bCs/>
          <w:lang w:val="nn-NO"/>
        </w:rPr>
        <w:t>Korleis arbeider me med medverknad?</w:t>
      </w:r>
    </w:p>
    <w:p w14:paraId="493F04BC" w14:textId="77777777" w:rsidR="005979F6" w:rsidRPr="00FF428D" w:rsidRDefault="00970104">
      <w:pPr>
        <w:rPr>
          <w:rFonts w:ascii="Comic Sans MS" w:hAnsi="Comic Sans MS"/>
          <w:lang w:val="nn-NO"/>
        </w:rPr>
      </w:pPr>
      <w:r w:rsidRPr="00FF428D">
        <w:rPr>
          <w:rFonts w:ascii="Comic Sans MS" w:hAnsi="Comic Sans MS"/>
          <w:b/>
          <w:lang w:val="nn-NO"/>
        </w:rPr>
        <w:t xml:space="preserve">Me ser, lyttar og anerkjenner: </w:t>
      </w:r>
      <w:r w:rsidRPr="00FF428D">
        <w:rPr>
          <w:rFonts w:ascii="Comic Sans MS" w:hAnsi="Comic Sans MS"/>
          <w:lang w:val="nn-NO"/>
        </w:rPr>
        <w:t>Me møter barna med respekt og tek kjensler, initiativ og uttrykk på alvor.</w:t>
      </w:r>
    </w:p>
    <w:p w14:paraId="11A58C6C" w14:textId="77777777" w:rsidR="005979F6" w:rsidRPr="00FF428D" w:rsidRDefault="00970104">
      <w:pPr>
        <w:rPr>
          <w:rFonts w:ascii="Comic Sans MS" w:hAnsi="Comic Sans MS"/>
          <w:lang w:val="nn-NO"/>
        </w:rPr>
      </w:pPr>
      <w:r w:rsidRPr="00FF428D">
        <w:rPr>
          <w:rFonts w:ascii="Comic Sans MS" w:hAnsi="Comic Sans MS"/>
          <w:b/>
          <w:lang w:val="nn-NO"/>
        </w:rPr>
        <w:t xml:space="preserve">Me tek utgangspunkt i barna sine interesser: </w:t>
      </w:r>
      <w:r w:rsidRPr="00FF428D">
        <w:rPr>
          <w:rFonts w:ascii="Comic Sans MS" w:hAnsi="Comic Sans MS"/>
          <w:lang w:val="nn-NO"/>
        </w:rPr>
        <w:t>Leik, prosjekt og aktivitetar vert planlagde ut frå det barna er opptekne av.</w:t>
      </w:r>
    </w:p>
    <w:p w14:paraId="1708C2D6" w14:textId="77777777" w:rsidR="005979F6" w:rsidRPr="00FF428D" w:rsidRDefault="00970104">
      <w:pPr>
        <w:rPr>
          <w:rFonts w:ascii="Comic Sans MS" w:hAnsi="Comic Sans MS"/>
          <w:lang w:val="nn-NO"/>
        </w:rPr>
      </w:pPr>
      <w:r w:rsidRPr="00FF428D">
        <w:rPr>
          <w:rFonts w:ascii="Comic Sans MS" w:hAnsi="Comic Sans MS"/>
          <w:b/>
          <w:lang w:val="nn-NO"/>
        </w:rPr>
        <w:t xml:space="preserve">Me tilpassar medverknaden: </w:t>
      </w:r>
      <w:r w:rsidRPr="00FF428D">
        <w:rPr>
          <w:rFonts w:ascii="Comic Sans MS" w:hAnsi="Comic Sans MS"/>
          <w:lang w:val="nn-NO"/>
        </w:rPr>
        <w:t>Barn uttrykkjer seg ulikt. Dei minste kommuniserer ofte med kroppsspråk, mimikk og handlingar, medan dei eldste i større grad uttrykkjer seg med ord.</w:t>
      </w:r>
    </w:p>
    <w:p w14:paraId="462736AD" w14:textId="77777777" w:rsidR="005979F6" w:rsidRPr="00FF428D" w:rsidRDefault="00970104">
      <w:pPr>
        <w:rPr>
          <w:rFonts w:ascii="Comic Sans MS" w:hAnsi="Comic Sans MS"/>
          <w:lang w:val="nn-NO"/>
        </w:rPr>
      </w:pPr>
      <w:r w:rsidRPr="00FF428D">
        <w:rPr>
          <w:rFonts w:ascii="Comic Sans MS" w:hAnsi="Comic Sans MS"/>
          <w:b/>
          <w:lang w:val="nn-NO"/>
        </w:rPr>
        <w:t xml:space="preserve">Me legg til rette for demokrati: </w:t>
      </w:r>
      <w:r w:rsidRPr="00FF428D">
        <w:rPr>
          <w:rFonts w:ascii="Comic Sans MS" w:hAnsi="Comic Sans MS"/>
          <w:lang w:val="nn-NO"/>
        </w:rPr>
        <w:t>Barna får erfara å dela meiningar, lytta til andre, samarbeida og oppleva at alle stemmer er viktige.</w:t>
      </w:r>
    </w:p>
    <w:p w14:paraId="696967C2" w14:textId="77777777" w:rsidR="005979F6" w:rsidRPr="00FF428D" w:rsidRDefault="00970104">
      <w:pPr>
        <w:rPr>
          <w:rFonts w:ascii="Comic Sans MS" w:hAnsi="Comic Sans MS"/>
          <w:lang w:val="nn-NO"/>
        </w:rPr>
      </w:pPr>
      <w:r w:rsidRPr="00FF428D">
        <w:rPr>
          <w:rFonts w:ascii="Comic Sans MS" w:hAnsi="Comic Sans MS"/>
          <w:b/>
          <w:lang w:val="nn-NO"/>
        </w:rPr>
        <w:t xml:space="preserve">Me vurderer alltid barnet sitt beste: </w:t>
      </w:r>
      <w:r w:rsidRPr="00FF428D">
        <w:rPr>
          <w:rFonts w:ascii="Comic Sans MS" w:hAnsi="Comic Sans MS"/>
          <w:lang w:val="nn-NO"/>
        </w:rPr>
        <w:t>Den vaksne har ansvar for å ta avgjerder når det er nødvendig. Barnet sitt beste er alltid eit grunnleggjande omsyn.</w:t>
      </w:r>
    </w:p>
    <w:p w14:paraId="61EE27DA" w14:textId="77777777" w:rsidR="00390643" w:rsidRPr="00FF428D" w:rsidRDefault="00390643">
      <w:pPr>
        <w:rPr>
          <w:rFonts w:ascii="Comic Sans MS" w:hAnsi="Comic Sans MS"/>
          <w:lang w:val="nn-NO"/>
        </w:rPr>
      </w:pPr>
    </w:p>
    <w:p w14:paraId="0BBE604F" w14:textId="77777777" w:rsidR="005979F6" w:rsidRPr="00FF428D" w:rsidRDefault="00970104">
      <w:pPr>
        <w:rPr>
          <w:rFonts w:ascii="Comic Sans MS" w:hAnsi="Comic Sans MS"/>
          <w:b/>
          <w:bCs/>
          <w:lang w:val="nn-NO"/>
        </w:rPr>
      </w:pPr>
      <w:r w:rsidRPr="00FF428D">
        <w:rPr>
          <w:rFonts w:ascii="Comic Sans MS" w:hAnsi="Comic Sans MS"/>
          <w:b/>
          <w:bCs/>
          <w:lang w:val="nn-NO"/>
        </w:rPr>
        <w:t>Kjenneteikn på god medverknad</w:t>
      </w:r>
    </w:p>
    <w:p w14:paraId="21818095" w14:textId="3FA017B5" w:rsidR="005979F6" w:rsidRPr="00FF428D" w:rsidRDefault="00970104" w:rsidP="005C5D79">
      <w:pPr>
        <w:pStyle w:val="Listeavsnitt"/>
        <w:numPr>
          <w:ilvl w:val="0"/>
          <w:numId w:val="10"/>
        </w:numPr>
        <w:rPr>
          <w:rFonts w:ascii="Comic Sans MS" w:hAnsi="Comic Sans MS"/>
          <w:lang w:val="nn-NO"/>
        </w:rPr>
      </w:pPr>
      <w:r w:rsidRPr="00FF428D">
        <w:rPr>
          <w:rFonts w:ascii="Comic Sans MS" w:hAnsi="Comic Sans MS"/>
          <w:lang w:val="nn-NO"/>
        </w:rPr>
        <w:t>Barna tek initiativ og kjem med eigne idear.</w:t>
      </w:r>
    </w:p>
    <w:p w14:paraId="002E8B5B" w14:textId="4657C89C" w:rsidR="005979F6" w:rsidRPr="00FF428D" w:rsidRDefault="00970104" w:rsidP="005C5D79">
      <w:pPr>
        <w:pStyle w:val="Listeavsnitt"/>
        <w:numPr>
          <w:ilvl w:val="0"/>
          <w:numId w:val="10"/>
        </w:numPr>
        <w:rPr>
          <w:rFonts w:ascii="Comic Sans MS" w:hAnsi="Comic Sans MS"/>
          <w:lang w:val="nn-NO"/>
        </w:rPr>
      </w:pPr>
      <w:r w:rsidRPr="00FF428D">
        <w:rPr>
          <w:rFonts w:ascii="Comic Sans MS" w:hAnsi="Comic Sans MS"/>
          <w:lang w:val="nn-NO"/>
        </w:rPr>
        <w:t>Barna opplever at dei blir høyrde og tekne på alvor.</w:t>
      </w:r>
    </w:p>
    <w:p w14:paraId="14A4D084" w14:textId="6C00627D" w:rsidR="005979F6" w:rsidRPr="00FF428D" w:rsidRDefault="00970104" w:rsidP="005C5D79">
      <w:pPr>
        <w:pStyle w:val="Listeavsnitt"/>
        <w:numPr>
          <w:ilvl w:val="0"/>
          <w:numId w:val="10"/>
        </w:numPr>
        <w:rPr>
          <w:rFonts w:ascii="Comic Sans MS" w:hAnsi="Comic Sans MS"/>
          <w:lang w:val="nn-NO"/>
        </w:rPr>
      </w:pPr>
      <w:r w:rsidRPr="00FF428D">
        <w:rPr>
          <w:rFonts w:ascii="Comic Sans MS" w:hAnsi="Comic Sans MS"/>
          <w:lang w:val="nn-NO"/>
        </w:rPr>
        <w:t>Personalet viser fleksibilitet og tek utgangspunkt i barna sine interesser.</w:t>
      </w:r>
    </w:p>
    <w:p w14:paraId="11E0231C" w14:textId="6219E3CC" w:rsidR="005979F6" w:rsidRPr="00FF428D" w:rsidRDefault="00970104" w:rsidP="005C5D79">
      <w:pPr>
        <w:pStyle w:val="Listeavsnitt"/>
        <w:numPr>
          <w:ilvl w:val="0"/>
          <w:numId w:val="10"/>
        </w:numPr>
        <w:rPr>
          <w:rFonts w:ascii="Comic Sans MS" w:hAnsi="Comic Sans MS"/>
          <w:lang w:val="nn-NO"/>
        </w:rPr>
      </w:pPr>
      <w:r w:rsidRPr="00FF428D">
        <w:rPr>
          <w:rFonts w:ascii="Comic Sans MS" w:hAnsi="Comic Sans MS"/>
          <w:lang w:val="nn-NO"/>
        </w:rPr>
        <w:t>Barna opplever tilhøyrsle, meistring og deltaking i fellesskapet.</w:t>
      </w:r>
    </w:p>
    <w:p w14:paraId="5EAFB222" w14:textId="50575507" w:rsidR="005979F6" w:rsidRPr="00FF428D" w:rsidRDefault="00970104" w:rsidP="005C5D79">
      <w:pPr>
        <w:pStyle w:val="Listeavsnitt"/>
        <w:numPr>
          <w:ilvl w:val="0"/>
          <w:numId w:val="10"/>
        </w:numPr>
        <w:rPr>
          <w:rFonts w:ascii="Comic Sans MS" w:hAnsi="Comic Sans MS"/>
          <w:lang w:val="nn-NO"/>
        </w:rPr>
      </w:pPr>
      <w:r w:rsidRPr="00FF428D">
        <w:rPr>
          <w:rFonts w:ascii="Comic Sans MS" w:hAnsi="Comic Sans MS"/>
          <w:lang w:val="nn-NO"/>
        </w:rPr>
        <w:t>Barnet sitt beste ligg til grunn for vurderingar og avgjerder.</w:t>
      </w:r>
    </w:p>
    <w:p w14:paraId="3DD45486" w14:textId="77777777" w:rsidR="00710E15" w:rsidRPr="00FF428D" w:rsidRDefault="00710E15">
      <w:pPr>
        <w:rPr>
          <w:rFonts w:ascii="Comic Sans MS" w:hAnsi="Comic Sans MS"/>
          <w:b/>
          <w:bCs/>
          <w:lang w:val="nn-NO"/>
        </w:rPr>
      </w:pPr>
      <w:r w:rsidRPr="00FF428D">
        <w:rPr>
          <w:rFonts w:ascii="Comic Sans MS" w:hAnsi="Comic Sans MS"/>
          <w:b/>
          <w:bCs/>
          <w:lang w:val="nn-NO"/>
        </w:rPr>
        <w:br w:type="page"/>
      </w:r>
    </w:p>
    <w:p w14:paraId="1551A0E5" w14:textId="4DE74F26" w:rsidR="005979F6" w:rsidRPr="00FF428D" w:rsidRDefault="00970104">
      <w:pPr>
        <w:rPr>
          <w:rFonts w:ascii="Comic Sans MS" w:hAnsi="Comic Sans MS"/>
          <w:b/>
          <w:bCs/>
          <w:lang w:val="nn-NO"/>
        </w:rPr>
      </w:pPr>
      <w:r w:rsidRPr="00FF428D">
        <w:rPr>
          <w:rFonts w:ascii="Comic Sans MS" w:hAnsi="Comic Sans MS"/>
          <w:b/>
          <w:bCs/>
          <w:lang w:val="nn-NO"/>
        </w:rPr>
        <w:lastRenderedPageBreak/>
        <w:t>Vårt mål</w:t>
      </w:r>
    </w:p>
    <w:p w14:paraId="77963560" w14:textId="4EA317CC" w:rsidR="005979F6" w:rsidRPr="00FF428D" w:rsidRDefault="00970104">
      <w:pPr>
        <w:rPr>
          <w:rFonts w:ascii="Comic Sans MS" w:hAnsi="Comic Sans MS"/>
          <w:lang w:val="nn-NO"/>
        </w:rPr>
      </w:pPr>
      <w:r w:rsidRPr="00FF428D">
        <w:rPr>
          <w:rFonts w:ascii="Comic Sans MS" w:hAnsi="Comic Sans MS"/>
          <w:lang w:val="nn-NO"/>
        </w:rPr>
        <w:t xml:space="preserve">Me </w:t>
      </w:r>
      <w:r w:rsidR="00C0267A" w:rsidRPr="00FF428D">
        <w:rPr>
          <w:rFonts w:ascii="Comic Sans MS" w:hAnsi="Comic Sans MS"/>
          <w:lang w:val="nn-NO"/>
        </w:rPr>
        <w:t>y</w:t>
      </w:r>
      <w:r w:rsidRPr="00FF428D">
        <w:rPr>
          <w:rFonts w:ascii="Comic Sans MS" w:hAnsi="Comic Sans MS"/>
          <w:lang w:val="nn-NO"/>
        </w:rPr>
        <w:t>nskjer at alle barn skal oppleva at dei har ei stemme som betyr noko. Når barna får medverka i kvardagen</w:t>
      </w:r>
      <w:r w:rsidR="00254A19" w:rsidRPr="00FF428D">
        <w:rPr>
          <w:rFonts w:ascii="Comic Sans MS" w:hAnsi="Comic Sans MS"/>
          <w:lang w:val="nn-NO"/>
        </w:rPr>
        <w:t xml:space="preserve"> </w:t>
      </w:r>
      <w:r w:rsidRPr="00FF428D">
        <w:rPr>
          <w:rFonts w:ascii="Comic Sans MS" w:hAnsi="Comic Sans MS"/>
          <w:lang w:val="nn-NO"/>
        </w:rPr>
        <w:t xml:space="preserve">utviklar dei </w:t>
      </w:r>
      <w:r w:rsidR="00254A19" w:rsidRPr="00FF428D">
        <w:rPr>
          <w:rFonts w:ascii="Comic Sans MS" w:hAnsi="Comic Sans MS"/>
          <w:lang w:val="nn-NO"/>
        </w:rPr>
        <w:t xml:space="preserve">god sjølvkjensle, </w:t>
      </w:r>
      <w:r w:rsidRPr="00FF428D">
        <w:rPr>
          <w:rFonts w:ascii="Comic Sans MS" w:hAnsi="Comic Sans MS"/>
          <w:lang w:val="nn-NO"/>
        </w:rPr>
        <w:t>sjølvtillit, ansvarskjensle</w:t>
      </w:r>
      <w:r w:rsidR="00254A19" w:rsidRPr="00FF428D">
        <w:rPr>
          <w:rFonts w:ascii="Comic Sans MS" w:hAnsi="Comic Sans MS"/>
          <w:lang w:val="nn-NO"/>
        </w:rPr>
        <w:t xml:space="preserve"> og </w:t>
      </w:r>
      <w:r w:rsidRPr="00FF428D">
        <w:rPr>
          <w:rFonts w:ascii="Comic Sans MS" w:hAnsi="Comic Sans MS"/>
          <w:lang w:val="nn-NO"/>
        </w:rPr>
        <w:t>demokratiforståing. Dette legg grunnlaget for livsmeistring og aktiv deltaking i fellesskapet.</w:t>
      </w:r>
    </w:p>
    <w:p w14:paraId="743862C4" w14:textId="77777777" w:rsidR="00336DF7" w:rsidRPr="00FF428D" w:rsidRDefault="00336DF7">
      <w:pPr>
        <w:rPr>
          <w:rFonts w:ascii="Comic Sans MS" w:hAnsi="Comic Sans MS"/>
          <w:lang w:val="nn-NO"/>
        </w:rPr>
      </w:pPr>
    </w:p>
    <w:p w14:paraId="3F9C1ABC" w14:textId="50F90726" w:rsidR="00336DF7" w:rsidRPr="00FF428D" w:rsidRDefault="00926924" w:rsidP="00926924">
      <w:pPr>
        <w:jc w:val="center"/>
        <w:rPr>
          <w:rFonts w:ascii="Comic Sans MS" w:hAnsi="Comic Sans MS"/>
          <w:lang w:val="nn-NO"/>
        </w:rPr>
      </w:pPr>
      <w:r w:rsidRPr="00FF428D">
        <w:rPr>
          <w:lang w:val="nn-NO"/>
        </w:rPr>
        <w:fldChar w:fldCharType="begin"/>
      </w:r>
      <w:r w:rsidRPr="00FF428D">
        <w:rPr>
          <w:lang w:val="nn-NO"/>
        </w:rPr>
        <w:instrText xml:space="preserve"> INCLUDEPICTURE "/Users/monavaage/Library/Group Containers/UBF8T346G9.ms/WebArchiveCopyPasteTempFiles/com.microsoft.Word/?id=969ae5b6-d79a-4ddf-8eec-f0daa3e3c521.jpeg&amp;token=ZDI3ZjUyNTgtOTkyNC00ZmM1LTkzZGItMjAyNmRkMmM5ZWQ5MTE0MDE1MTQxOTYzODI4ODE1ODk4MzIzNDI2OA==&amp;size=f1440x1440" \* MERGEFORMATINET </w:instrText>
      </w:r>
      <w:r w:rsidRPr="00FF428D">
        <w:rPr>
          <w:lang w:val="nn-NO"/>
        </w:rPr>
        <w:fldChar w:fldCharType="separate"/>
      </w:r>
      <w:r w:rsidRPr="00FF428D">
        <w:rPr>
          <w:noProof/>
          <w:lang w:val="nn-NO"/>
        </w:rPr>
        <w:drawing>
          <wp:inline distT="0" distB="0" distL="0" distR="0" wp14:anchorId="4C181D17" wp14:editId="0DE5CC9A">
            <wp:extent cx="4174067" cy="5565423"/>
            <wp:effectExtent l="0" t="0" r="4445" b="0"/>
            <wp:docPr id="1921237966"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0393" cy="5573858"/>
                    </a:xfrm>
                    <a:prstGeom prst="rect">
                      <a:avLst/>
                    </a:prstGeom>
                    <a:ln>
                      <a:noFill/>
                    </a:ln>
                    <a:effectLst>
                      <a:softEdge rad="112500"/>
                    </a:effectLst>
                  </pic:spPr>
                </pic:pic>
              </a:graphicData>
            </a:graphic>
          </wp:inline>
        </w:drawing>
      </w:r>
      <w:r w:rsidRPr="00FF428D">
        <w:rPr>
          <w:lang w:val="nn-NO"/>
        </w:rPr>
        <w:fldChar w:fldCharType="end"/>
      </w:r>
    </w:p>
    <w:p w14:paraId="4EB4B19D" w14:textId="77777777" w:rsidR="00F80148" w:rsidRPr="00FF428D" w:rsidRDefault="00F80148">
      <w:pPr>
        <w:rPr>
          <w:rFonts w:ascii="Comic Sans MS" w:hAnsi="Comic Sans MS"/>
          <w:lang w:val="nn-NO"/>
        </w:rPr>
      </w:pPr>
      <w:r w:rsidRPr="00FF428D">
        <w:rPr>
          <w:rFonts w:ascii="Comic Sans MS" w:hAnsi="Comic Sans MS"/>
          <w:lang w:val="nn-NO"/>
        </w:rPr>
        <w:br w:type="page"/>
      </w:r>
    </w:p>
    <w:p w14:paraId="50D4640E" w14:textId="6A346435" w:rsidR="00F80148" w:rsidRPr="00FF428D" w:rsidRDefault="00970104" w:rsidP="00F80148">
      <w:pPr>
        <w:pStyle w:val="Overskrift2"/>
        <w:rPr>
          <w:rFonts w:ascii="Comic Sans MS" w:hAnsi="Comic Sans MS"/>
          <w:lang w:val="nn-NO"/>
        </w:rPr>
      </w:pPr>
      <w:bookmarkStart w:id="5" w:name="_Toc238461407"/>
      <w:r w:rsidRPr="00FF428D">
        <w:rPr>
          <w:rFonts w:ascii="Comic Sans MS" w:hAnsi="Comic Sans MS"/>
          <w:lang w:val="nn-NO"/>
        </w:rPr>
        <w:lastRenderedPageBreak/>
        <w:t>Overgangar</w:t>
      </w:r>
      <w:bookmarkEnd w:id="5"/>
    </w:p>
    <w:p w14:paraId="63FF4832" w14:textId="77777777" w:rsidR="009C44D1" w:rsidRPr="00FF428D" w:rsidRDefault="009C44D1" w:rsidP="009C44D1">
      <w:pPr>
        <w:rPr>
          <w:lang w:val="nn-NO"/>
        </w:rPr>
      </w:pPr>
    </w:p>
    <w:p w14:paraId="55B4D3D4" w14:textId="77777777" w:rsidR="005979F6" w:rsidRPr="00FF428D" w:rsidRDefault="00970104">
      <w:pPr>
        <w:rPr>
          <w:rFonts w:ascii="Comic Sans MS" w:hAnsi="Comic Sans MS"/>
          <w:lang w:val="nn-NO"/>
        </w:rPr>
      </w:pPr>
      <w:r w:rsidRPr="00FF428D">
        <w:rPr>
          <w:rFonts w:ascii="Comic Sans MS" w:hAnsi="Comic Sans MS"/>
          <w:i/>
          <w:lang w:val="nn-NO"/>
        </w:rPr>
        <w:t>«Barnehagen skal i samarbeid med foreldra leggja til rette for at barnet kan få ein trygg og god start i barnehagen. Overgangar skal planleggjast og gjennomførast slik at barnet opplever kontinuitet og tryggleik.»</w:t>
      </w:r>
      <w:r w:rsidRPr="00FF428D">
        <w:rPr>
          <w:rFonts w:ascii="Comic Sans MS" w:hAnsi="Comic Sans MS"/>
          <w:lang w:val="nn-NO"/>
        </w:rPr>
        <w:br/>
        <w:t>– Rammeplan for barnehagen</w:t>
      </w:r>
    </w:p>
    <w:p w14:paraId="152F4808" w14:textId="77777777" w:rsidR="005979F6" w:rsidRPr="00FF428D" w:rsidRDefault="00970104">
      <w:pPr>
        <w:rPr>
          <w:rFonts w:ascii="Comic Sans MS" w:hAnsi="Comic Sans MS"/>
          <w:lang w:val="nn-NO"/>
        </w:rPr>
      </w:pPr>
      <w:r w:rsidRPr="00FF428D">
        <w:rPr>
          <w:rFonts w:ascii="Comic Sans MS" w:hAnsi="Comic Sans MS"/>
          <w:lang w:val="nn-NO"/>
        </w:rPr>
        <w:t>Overgangar er viktige milepålar i barnet sitt liv. I Naustvågen barnehage arbeider me systematisk for at alle overgangar skal opplevast som trygge, føreseielege og tilpassa det enkelte barnet. Godt samarbeid med foreldra og tett dialog mellom dei vaksne er avgjerande for å skapa gode overgangar.</w:t>
      </w:r>
    </w:p>
    <w:p w14:paraId="274D345F" w14:textId="77777777" w:rsidR="009D17CA" w:rsidRPr="00FF428D" w:rsidRDefault="009D17CA">
      <w:pPr>
        <w:rPr>
          <w:rFonts w:ascii="Comic Sans MS" w:hAnsi="Comic Sans MS"/>
          <w:lang w:val="nn-NO"/>
        </w:rPr>
      </w:pPr>
    </w:p>
    <w:p w14:paraId="51EB107B" w14:textId="77777777" w:rsidR="005979F6" w:rsidRPr="00FF428D" w:rsidRDefault="00970104">
      <w:pPr>
        <w:rPr>
          <w:rFonts w:ascii="Comic Sans MS" w:hAnsi="Comic Sans MS"/>
          <w:b/>
          <w:bCs/>
          <w:lang w:val="nn-NO"/>
        </w:rPr>
      </w:pPr>
      <w:r w:rsidRPr="00FF428D">
        <w:rPr>
          <w:rFonts w:ascii="Comic Sans MS" w:hAnsi="Comic Sans MS"/>
          <w:b/>
          <w:bCs/>
          <w:lang w:val="nn-NO"/>
        </w:rPr>
        <w:t>Når barnet startar i barnehagen</w:t>
      </w:r>
    </w:p>
    <w:p w14:paraId="41E413A7" w14:textId="77777777" w:rsidR="005979F6" w:rsidRPr="00FF428D" w:rsidRDefault="00970104">
      <w:pPr>
        <w:rPr>
          <w:rFonts w:ascii="Comic Sans MS" w:hAnsi="Comic Sans MS"/>
          <w:lang w:val="nn-NO"/>
        </w:rPr>
      </w:pPr>
      <w:r w:rsidRPr="00FF428D">
        <w:rPr>
          <w:rFonts w:ascii="Comic Sans MS" w:hAnsi="Comic Sans MS"/>
          <w:lang w:val="nn-NO"/>
        </w:rPr>
        <w:t>Den første tida i barnehagen legg grunnlaget for vidare trivsel og utvikling. Me har ein eigen overgangsplan som sikrar ein trygg tilvenningsperiode. Oppstarten vert planlagd i tett samarbeid med foreldra og tilpassa barnet sine behov.</w:t>
      </w:r>
    </w:p>
    <w:p w14:paraId="1BADD49E" w14:textId="77777777" w:rsidR="009D17CA" w:rsidRPr="00FF428D" w:rsidRDefault="009D17CA">
      <w:pPr>
        <w:rPr>
          <w:rFonts w:ascii="Comic Sans MS" w:hAnsi="Comic Sans MS"/>
          <w:lang w:val="nn-NO"/>
        </w:rPr>
      </w:pPr>
    </w:p>
    <w:p w14:paraId="65D2C6C1" w14:textId="77777777" w:rsidR="005979F6" w:rsidRPr="00FF428D" w:rsidRDefault="00970104">
      <w:pPr>
        <w:rPr>
          <w:rFonts w:ascii="Comic Sans MS" w:hAnsi="Comic Sans MS"/>
          <w:b/>
          <w:bCs/>
          <w:lang w:val="nn-NO"/>
        </w:rPr>
      </w:pPr>
      <w:r w:rsidRPr="00FF428D">
        <w:rPr>
          <w:rFonts w:ascii="Comic Sans MS" w:hAnsi="Comic Sans MS"/>
          <w:b/>
          <w:bCs/>
          <w:lang w:val="nn-NO"/>
        </w:rPr>
        <w:t>Overgangar mellom avdelingane</w:t>
      </w:r>
    </w:p>
    <w:p w14:paraId="621FD931" w14:textId="77777777" w:rsidR="005979F6" w:rsidRPr="00FF428D" w:rsidRDefault="00970104">
      <w:pPr>
        <w:rPr>
          <w:rFonts w:ascii="Comic Sans MS" w:hAnsi="Comic Sans MS"/>
          <w:lang w:val="nn-NO"/>
        </w:rPr>
      </w:pPr>
      <w:r w:rsidRPr="00FF428D">
        <w:rPr>
          <w:rFonts w:ascii="Comic Sans MS" w:hAnsi="Comic Sans MS"/>
          <w:lang w:val="nn-NO"/>
        </w:rPr>
        <w:t>Barna hospiterer på den nye avdelinga saman med ein trygg vaksen. Dei blir kjende med nye barn, personale og miljø før oppstart. Ved samansetjing av grupper tek me omsyn til barnet sine behov, relasjonar, alder og modning.</w:t>
      </w:r>
    </w:p>
    <w:p w14:paraId="1CDDDD71" w14:textId="77777777" w:rsidR="009D17CA" w:rsidRPr="00FF428D" w:rsidRDefault="009D17CA">
      <w:pPr>
        <w:rPr>
          <w:rFonts w:ascii="Comic Sans MS" w:hAnsi="Comic Sans MS"/>
          <w:lang w:val="nn-NO"/>
        </w:rPr>
      </w:pPr>
    </w:p>
    <w:p w14:paraId="7ADC0909" w14:textId="77777777" w:rsidR="005979F6" w:rsidRPr="00FF428D" w:rsidRDefault="00970104">
      <w:pPr>
        <w:rPr>
          <w:rFonts w:ascii="Comic Sans MS" w:hAnsi="Comic Sans MS"/>
          <w:b/>
          <w:bCs/>
          <w:lang w:val="nn-NO"/>
        </w:rPr>
      </w:pPr>
      <w:r w:rsidRPr="00FF428D">
        <w:rPr>
          <w:rFonts w:ascii="Comic Sans MS" w:hAnsi="Comic Sans MS"/>
          <w:b/>
          <w:bCs/>
          <w:lang w:val="nn-NO"/>
        </w:rPr>
        <w:t>Overgang frå barnehage til skule</w:t>
      </w:r>
    </w:p>
    <w:p w14:paraId="66538F1C" w14:textId="77777777" w:rsidR="005979F6" w:rsidRPr="00FF428D" w:rsidRDefault="00970104">
      <w:pPr>
        <w:rPr>
          <w:rFonts w:ascii="Comic Sans MS" w:hAnsi="Comic Sans MS"/>
          <w:lang w:val="nn-NO"/>
        </w:rPr>
      </w:pPr>
      <w:r w:rsidRPr="00FF428D">
        <w:rPr>
          <w:rFonts w:ascii="Comic Sans MS" w:hAnsi="Comic Sans MS"/>
          <w:lang w:val="nn-NO"/>
        </w:rPr>
        <w:t>I det siste barnehageåret samarbeider me med foreldra og skulane om ein trygg overgang. Gjennom leik, språk, sosial læring og varierte aktivitetar utviklar barna sjølvstende, nysgjerrigheit og lærelyst. Me følgjer den kommunale overgangsplanen.</w:t>
      </w:r>
    </w:p>
    <w:p w14:paraId="3F81A706" w14:textId="77777777" w:rsidR="009D17CA" w:rsidRPr="00FF428D" w:rsidRDefault="009D17CA">
      <w:pPr>
        <w:rPr>
          <w:rFonts w:ascii="Comic Sans MS" w:hAnsi="Comic Sans MS"/>
          <w:lang w:val="nn-NO"/>
        </w:rPr>
      </w:pPr>
    </w:p>
    <w:p w14:paraId="2EA6144B" w14:textId="77777777" w:rsidR="005979F6" w:rsidRPr="00FF428D" w:rsidRDefault="00970104">
      <w:pPr>
        <w:rPr>
          <w:rFonts w:ascii="Comic Sans MS" w:hAnsi="Comic Sans MS"/>
          <w:b/>
          <w:bCs/>
          <w:lang w:val="nn-NO"/>
        </w:rPr>
      </w:pPr>
      <w:r w:rsidRPr="00FF428D">
        <w:rPr>
          <w:rFonts w:ascii="Comic Sans MS" w:hAnsi="Comic Sans MS"/>
          <w:b/>
          <w:bCs/>
          <w:lang w:val="nn-NO"/>
        </w:rPr>
        <w:t>Slik førebur me dei eldste barna</w:t>
      </w:r>
    </w:p>
    <w:p w14:paraId="34654309" w14:textId="479D062E" w:rsidR="005979F6" w:rsidRPr="00FF428D" w:rsidRDefault="00970104" w:rsidP="00A416E3">
      <w:pPr>
        <w:pStyle w:val="Listeavsnitt"/>
        <w:numPr>
          <w:ilvl w:val="0"/>
          <w:numId w:val="10"/>
        </w:numPr>
        <w:rPr>
          <w:rFonts w:ascii="Comic Sans MS" w:hAnsi="Comic Sans MS"/>
          <w:lang w:val="nn-NO"/>
        </w:rPr>
      </w:pPr>
      <w:r w:rsidRPr="00FF428D">
        <w:rPr>
          <w:rFonts w:ascii="Comic Sans MS" w:hAnsi="Comic Sans MS"/>
          <w:lang w:val="nn-NO"/>
        </w:rPr>
        <w:t>systematisk språkstimulering og språkleik</w:t>
      </w:r>
    </w:p>
    <w:p w14:paraId="2BC9762E" w14:textId="54717E15" w:rsidR="005979F6" w:rsidRPr="00FF428D" w:rsidRDefault="00970104" w:rsidP="00A416E3">
      <w:pPr>
        <w:pStyle w:val="Listeavsnitt"/>
        <w:numPr>
          <w:ilvl w:val="0"/>
          <w:numId w:val="10"/>
        </w:numPr>
        <w:rPr>
          <w:rFonts w:ascii="Comic Sans MS" w:hAnsi="Comic Sans MS"/>
          <w:lang w:val="nn-NO"/>
        </w:rPr>
      </w:pPr>
      <w:r w:rsidRPr="00FF428D">
        <w:rPr>
          <w:rFonts w:ascii="Comic Sans MS" w:hAnsi="Comic Sans MS"/>
          <w:lang w:val="nn-NO"/>
        </w:rPr>
        <w:t>leik som fremjar samarbeid og sjølvstende</w:t>
      </w:r>
    </w:p>
    <w:p w14:paraId="6AC7883E" w14:textId="51C6921B" w:rsidR="005979F6" w:rsidRPr="00FF428D" w:rsidRDefault="00970104" w:rsidP="00A416E3">
      <w:pPr>
        <w:pStyle w:val="Listeavsnitt"/>
        <w:numPr>
          <w:ilvl w:val="0"/>
          <w:numId w:val="10"/>
        </w:numPr>
        <w:rPr>
          <w:rFonts w:ascii="Comic Sans MS" w:hAnsi="Comic Sans MS"/>
          <w:lang w:val="nn-NO"/>
        </w:rPr>
      </w:pPr>
      <w:r w:rsidRPr="00FF428D">
        <w:rPr>
          <w:rFonts w:ascii="Comic Sans MS" w:hAnsi="Comic Sans MS"/>
          <w:lang w:val="nn-NO"/>
        </w:rPr>
        <w:t>øving i å ta imot beskjedar og venta på tur</w:t>
      </w:r>
    </w:p>
    <w:p w14:paraId="03C2A1F2" w14:textId="6A7B407A" w:rsidR="005979F6" w:rsidRPr="00FF428D" w:rsidRDefault="00970104" w:rsidP="00A416E3">
      <w:pPr>
        <w:pStyle w:val="Listeavsnitt"/>
        <w:numPr>
          <w:ilvl w:val="0"/>
          <w:numId w:val="10"/>
        </w:numPr>
        <w:rPr>
          <w:rFonts w:ascii="Comic Sans MS" w:hAnsi="Comic Sans MS"/>
          <w:lang w:val="nn-NO"/>
        </w:rPr>
      </w:pPr>
      <w:r w:rsidRPr="00FF428D">
        <w:rPr>
          <w:rFonts w:ascii="Comic Sans MS" w:hAnsi="Comic Sans MS"/>
          <w:lang w:val="nn-NO"/>
        </w:rPr>
        <w:t>gode vanar knytte til garderobe og eigenomsorg</w:t>
      </w:r>
    </w:p>
    <w:p w14:paraId="5CCB7849" w14:textId="37DEFA00" w:rsidR="005979F6" w:rsidRPr="00FF428D" w:rsidRDefault="00970104" w:rsidP="00A416E3">
      <w:pPr>
        <w:pStyle w:val="Listeavsnitt"/>
        <w:numPr>
          <w:ilvl w:val="0"/>
          <w:numId w:val="10"/>
        </w:numPr>
        <w:rPr>
          <w:rFonts w:ascii="Comic Sans MS" w:hAnsi="Comic Sans MS"/>
          <w:lang w:val="nn-NO"/>
        </w:rPr>
      </w:pPr>
      <w:r w:rsidRPr="00FF428D">
        <w:rPr>
          <w:rFonts w:ascii="Comic Sans MS" w:hAnsi="Comic Sans MS"/>
          <w:lang w:val="nn-NO"/>
        </w:rPr>
        <w:t>finmotoriske aktivitetar</w:t>
      </w:r>
    </w:p>
    <w:p w14:paraId="04D26B47" w14:textId="13348BBD" w:rsidR="005979F6" w:rsidRPr="00FF428D" w:rsidRDefault="00970104" w:rsidP="00A416E3">
      <w:pPr>
        <w:pStyle w:val="Listeavsnitt"/>
        <w:numPr>
          <w:ilvl w:val="0"/>
          <w:numId w:val="10"/>
        </w:numPr>
        <w:rPr>
          <w:rFonts w:ascii="Comic Sans MS" w:hAnsi="Comic Sans MS"/>
          <w:lang w:val="nn-NO"/>
        </w:rPr>
      </w:pPr>
      <w:r w:rsidRPr="00FF428D">
        <w:rPr>
          <w:rFonts w:ascii="Comic Sans MS" w:hAnsi="Comic Sans MS"/>
          <w:lang w:val="nn-NO"/>
        </w:rPr>
        <w:t>undring, utforsking og interesse for bøker og forteljingar</w:t>
      </w:r>
    </w:p>
    <w:p w14:paraId="784CA97D" w14:textId="1B44DF4B" w:rsidR="00FA6CEB" w:rsidRPr="00FF428D" w:rsidRDefault="00FA6CEB" w:rsidP="00A416E3">
      <w:pPr>
        <w:pStyle w:val="Listeavsnitt"/>
        <w:numPr>
          <w:ilvl w:val="0"/>
          <w:numId w:val="10"/>
        </w:numPr>
        <w:rPr>
          <w:rFonts w:ascii="Comic Sans MS" w:hAnsi="Comic Sans MS"/>
          <w:sz w:val="22"/>
          <w:szCs w:val="22"/>
          <w:lang w:val="nn-NO"/>
        </w:rPr>
      </w:pPr>
      <w:r w:rsidRPr="00FF428D">
        <w:rPr>
          <w:rFonts w:ascii="Comic Sans MS" w:hAnsi="Comic Sans MS"/>
          <w:color w:val="000000"/>
          <w:sz w:val="22"/>
          <w:szCs w:val="22"/>
          <w:lang w:val="nn-NO"/>
        </w:rPr>
        <w:t>utvikling av sjølvstende, samarbeid og evne til å løysa utfordringar saman med andre</w:t>
      </w:r>
    </w:p>
    <w:p w14:paraId="06A18183" w14:textId="77777777" w:rsidR="00A416E3" w:rsidRPr="00FF428D" w:rsidRDefault="00A416E3">
      <w:pPr>
        <w:rPr>
          <w:rFonts w:ascii="Comic Sans MS" w:hAnsi="Comic Sans MS"/>
          <w:b/>
          <w:bCs/>
          <w:lang w:val="nn-NO"/>
        </w:rPr>
      </w:pPr>
      <w:r w:rsidRPr="00FF428D">
        <w:rPr>
          <w:rFonts w:ascii="Comic Sans MS" w:hAnsi="Comic Sans MS"/>
          <w:b/>
          <w:bCs/>
          <w:lang w:val="nn-NO"/>
        </w:rPr>
        <w:br w:type="page"/>
      </w:r>
    </w:p>
    <w:p w14:paraId="176A45B5" w14:textId="19D7CB5D" w:rsidR="005979F6" w:rsidRPr="00FF428D" w:rsidRDefault="00970104">
      <w:pPr>
        <w:rPr>
          <w:rFonts w:ascii="Comic Sans MS" w:hAnsi="Comic Sans MS"/>
          <w:b/>
          <w:bCs/>
          <w:lang w:val="nn-NO"/>
        </w:rPr>
      </w:pPr>
      <w:r w:rsidRPr="00FF428D">
        <w:rPr>
          <w:rFonts w:ascii="Comic Sans MS" w:hAnsi="Comic Sans MS"/>
          <w:b/>
          <w:bCs/>
          <w:lang w:val="nn-NO"/>
        </w:rPr>
        <w:lastRenderedPageBreak/>
        <w:t>Vårt mål</w:t>
      </w:r>
    </w:p>
    <w:p w14:paraId="6300EC18" w14:textId="5F18B9FB" w:rsidR="005979F6" w:rsidRPr="00FF428D" w:rsidRDefault="00970104">
      <w:pPr>
        <w:rPr>
          <w:rFonts w:ascii="Comic Sans MS" w:hAnsi="Comic Sans MS"/>
          <w:lang w:val="nn-NO"/>
        </w:rPr>
      </w:pPr>
      <w:r w:rsidRPr="00FF428D">
        <w:rPr>
          <w:rFonts w:ascii="Comic Sans MS" w:hAnsi="Comic Sans MS"/>
          <w:lang w:val="nn-NO"/>
        </w:rPr>
        <w:t xml:space="preserve">Me </w:t>
      </w:r>
      <w:r w:rsidR="003C290B" w:rsidRPr="00FF428D">
        <w:rPr>
          <w:rFonts w:ascii="Comic Sans MS" w:hAnsi="Comic Sans MS"/>
          <w:lang w:val="nn-NO"/>
        </w:rPr>
        <w:t>y</w:t>
      </w:r>
      <w:r w:rsidRPr="00FF428D">
        <w:rPr>
          <w:rFonts w:ascii="Comic Sans MS" w:hAnsi="Comic Sans MS"/>
          <w:lang w:val="nn-NO"/>
        </w:rPr>
        <w:t>nskjer at alle barn skal oppleva overgangar som trygge og meiningsfulle. Kjende vaksne, gode relasjonar og føreseielege rammer gir barna eit godt grunnlag for vidare utvikling, læring og meistring.</w:t>
      </w:r>
    </w:p>
    <w:p w14:paraId="17BD7390" w14:textId="77777777" w:rsidR="009D17CA" w:rsidRPr="00FF428D" w:rsidRDefault="009D17CA">
      <w:pPr>
        <w:rPr>
          <w:rFonts w:ascii="Comic Sans MS" w:hAnsi="Comic Sans MS"/>
          <w:lang w:val="nn-NO"/>
        </w:rPr>
      </w:pPr>
    </w:p>
    <w:p w14:paraId="5CC0D7BE" w14:textId="77777777" w:rsidR="00F35430" w:rsidRPr="00FF428D" w:rsidRDefault="00F35430">
      <w:pPr>
        <w:rPr>
          <w:rFonts w:ascii="Comic Sans MS" w:hAnsi="Comic Sans MS"/>
          <w:lang w:val="nn-NO"/>
        </w:rPr>
      </w:pPr>
    </w:p>
    <w:p w14:paraId="35D410B8" w14:textId="084E8B63" w:rsidR="00F35430" w:rsidRPr="00FF428D" w:rsidRDefault="00EB51A3" w:rsidP="00EB51A3">
      <w:pPr>
        <w:jc w:val="center"/>
        <w:rPr>
          <w:rFonts w:ascii="Comic Sans MS" w:hAnsi="Comic Sans MS"/>
          <w:lang w:val="nn-NO"/>
        </w:rPr>
      </w:pPr>
      <w:r w:rsidRPr="00FF428D">
        <w:rPr>
          <w:lang w:val="nn-NO"/>
        </w:rPr>
        <w:fldChar w:fldCharType="begin"/>
      </w:r>
      <w:r w:rsidRPr="00FF428D">
        <w:rPr>
          <w:lang w:val="nn-NO"/>
        </w:rPr>
        <w:instrText xml:space="preserve"> INCLUDEPICTURE "/Users/monavaage/Library/Group Containers/UBF8T346G9.ms/WebArchiveCopyPasteTempFiles/com.microsoft.Word/?id=510aae72-db85-400b-ab3a-86cd7e0d0870.jpeg&amp;token=ZDI3ZjUyNTgtOTkyNC00ZmM1LTkzZGItMjAyNmRkMmM5ZWQ5MTE0MDE1MTQxOTYzODI4ODE1ODk4MzIzNDI2OA==&amp;size=f1440x1440" \* MERGEFORMATINET </w:instrText>
      </w:r>
      <w:r w:rsidRPr="00FF428D">
        <w:rPr>
          <w:lang w:val="nn-NO"/>
        </w:rPr>
        <w:fldChar w:fldCharType="separate"/>
      </w:r>
      <w:r w:rsidRPr="00FF428D">
        <w:rPr>
          <w:noProof/>
          <w:lang w:val="nn-NO"/>
        </w:rPr>
        <w:drawing>
          <wp:inline distT="0" distB="0" distL="0" distR="0" wp14:anchorId="1749C563" wp14:editId="43E6E7EB">
            <wp:extent cx="4597400" cy="6129867"/>
            <wp:effectExtent l="0" t="0" r="0" b="4445"/>
            <wp:docPr id="32433152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4443" cy="6139257"/>
                    </a:xfrm>
                    <a:prstGeom prst="rect">
                      <a:avLst/>
                    </a:prstGeom>
                    <a:ln>
                      <a:noFill/>
                    </a:ln>
                    <a:effectLst>
                      <a:softEdge rad="112500"/>
                    </a:effectLst>
                  </pic:spPr>
                </pic:pic>
              </a:graphicData>
            </a:graphic>
          </wp:inline>
        </w:drawing>
      </w:r>
      <w:r w:rsidRPr="00FF428D">
        <w:rPr>
          <w:lang w:val="nn-NO"/>
        </w:rPr>
        <w:fldChar w:fldCharType="end"/>
      </w:r>
    </w:p>
    <w:p w14:paraId="5B290C3D" w14:textId="77777777" w:rsidR="00FC1B9F" w:rsidRPr="00FF428D" w:rsidRDefault="00FC1B9F">
      <w:pPr>
        <w:rPr>
          <w:rFonts w:ascii="Comic Sans MS" w:eastAsiaTheme="majorEastAsia" w:hAnsi="Comic Sans MS" w:cstheme="majorBidi"/>
          <w:b/>
          <w:bCs/>
          <w:color w:val="4F81BD" w:themeColor="accent1"/>
          <w:sz w:val="26"/>
          <w:szCs w:val="26"/>
          <w:lang w:val="nn-NO"/>
        </w:rPr>
      </w:pPr>
      <w:r w:rsidRPr="00FF428D">
        <w:rPr>
          <w:rFonts w:ascii="Comic Sans MS" w:hAnsi="Comic Sans MS"/>
          <w:lang w:val="nn-NO"/>
        </w:rPr>
        <w:br w:type="page"/>
      </w:r>
    </w:p>
    <w:p w14:paraId="63EDBCB7" w14:textId="07A4DFC4" w:rsidR="005979F6" w:rsidRPr="00FF428D" w:rsidRDefault="00970104" w:rsidP="00BF2A8A">
      <w:pPr>
        <w:pStyle w:val="Overskrift2"/>
        <w:rPr>
          <w:rFonts w:ascii="Comic Sans MS" w:hAnsi="Comic Sans MS"/>
          <w:lang w:val="nn-NO"/>
        </w:rPr>
      </w:pPr>
      <w:bookmarkStart w:id="6" w:name="_Toc238461408"/>
      <w:r w:rsidRPr="00FF428D">
        <w:rPr>
          <w:rFonts w:ascii="Comic Sans MS" w:hAnsi="Comic Sans MS"/>
          <w:lang w:val="nn-NO"/>
        </w:rPr>
        <w:lastRenderedPageBreak/>
        <w:t>Omsorg, leik, læring og danning</w:t>
      </w:r>
      <w:bookmarkEnd w:id="6"/>
    </w:p>
    <w:p w14:paraId="2B2C6B9F" w14:textId="77777777" w:rsidR="009C44D1" w:rsidRPr="00FF428D" w:rsidRDefault="009C44D1" w:rsidP="009C44D1">
      <w:pPr>
        <w:rPr>
          <w:lang w:val="nn-NO"/>
        </w:rPr>
      </w:pPr>
    </w:p>
    <w:p w14:paraId="34BAB59D" w14:textId="5A47BB0D" w:rsidR="005979F6" w:rsidRPr="00FF428D" w:rsidRDefault="00970104">
      <w:pPr>
        <w:rPr>
          <w:rFonts w:ascii="Comic Sans MS" w:hAnsi="Comic Sans MS"/>
          <w:sz w:val="22"/>
          <w:szCs w:val="22"/>
          <w:lang w:val="nn-NO"/>
        </w:rPr>
      </w:pPr>
      <w:r w:rsidRPr="00FF428D">
        <w:rPr>
          <w:rFonts w:ascii="Comic Sans MS" w:hAnsi="Comic Sans MS"/>
          <w:i/>
          <w:sz w:val="22"/>
          <w:szCs w:val="22"/>
          <w:lang w:val="nn-NO"/>
        </w:rPr>
        <w:t>«Barnehagen skal ivareta barna sitt behov for omsorg og leik og fremja læring og danning som grunnlag for allsidig utvikling.»</w:t>
      </w:r>
      <w:r w:rsidRPr="00FF428D">
        <w:rPr>
          <w:rFonts w:ascii="Comic Sans MS" w:hAnsi="Comic Sans MS"/>
          <w:i/>
          <w:sz w:val="22"/>
          <w:szCs w:val="22"/>
          <w:lang w:val="nn-NO"/>
        </w:rPr>
        <w:br/>
      </w:r>
      <w:r w:rsidRPr="00FF428D">
        <w:rPr>
          <w:rFonts w:ascii="Comic Sans MS" w:hAnsi="Comic Sans MS"/>
          <w:sz w:val="22"/>
          <w:szCs w:val="22"/>
          <w:lang w:val="nn-NO"/>
        </w:rPr>
        <w:t>– Barnehagelova § 2 og Rammeplan for barnehagen</w:t>
      </w:r>
    </w:p>
    <w:p w14:paraId="7124E216" w14:textId="77777777" w:rsidR="005248B8" w:rsidRPr="00FF428D" w:rsidRDefault="005248B8">
      <w:pPr>
        <w:rPr>
          <w:rFonts w:ascii="Comic Sans MS" w:hAnsi="Comic Sans MS"/>
          <w:sz w:val="22"/>
          <w:szCs w:val="22"/>
          <w:lang w:val="nn-NO"/>
        </w:rPr>
      </w:pPr>
    </w:p>
    <w:p w14:paraId="79D604CC" w14:textId="77777777" w:rsidR="005979F6" w:rsidRPr="00FF428D" w:rsidRDefault="00970104">
      <w:pPr>
        <w:rPr>
          <w:rFonts w:ascii="Comic Sans MS" w:hAnsi="Comic Sans MS"/>
          <w:sz w:val="22"/>
          <w:szCs w:val="22"/>
          <w:lang w:val="nn-NO"/>
        </w:rPr>
      </w:pPr>
      <w:r w:rsidRPr="00FF428D">
        <w:rPr>
          <w:rFonts w:ascii="Comic Sans MS" w:hAnsi="Comic Sans MS"/>
          <w:sz w:val="22"/>
          <w:szCs w:val="22"/>
          <w:lang w:val="nn-NO"/>
        </w:rPr>
        <w:t>I Naustvågen barnehage ser me omsorg, leik, læring og danning som ein heilskap. Barn utviklar seg gjennom trygge relasjonar, leik, utforsking og meiningsfulle opplevingar. Den autoritative vaksenrolla, barnet sitt beste og barn sin rett til medverknad er grunnmuren i alt det pedagogiske arbeidet vårt.</w:t>
      </w:r>
    </w:p>
    <w:p w14:paraId="2283123A" w14:textId="77777777" w:rsidR="005979F6" w:rsidRPr="00FF428D" w:rsidRDefault="00970104" w:rsidP="00F80148">
      <w:pPr>
        <w:pStyle w:val="Overskrift3"/>
        <w:rPr>
          <w:rFonts w:ascii="Comic Sans MS" w:hAnsi="Comic Sans MS"/>
          <w:sz w:val="22"/>
          <w:szCs w:val="22"/>
          <w:lang w:val="nn-NO"/>
        </w:rPr>
      </w:pPr>
      <w:bookmarkStart w:id="7" w:name="_Toc238461409"/>
      <w:r w:rsidRPr="00FF428D">
        <w:rPr>
          <w:rFonts w:ascii="Comic Sans MS" w:hAnsi="Comic Sans MS"/>
          <w:sz w:val="22"/>
          <w:szCs w:val="22"/>
          <w:lang w:val="nn-NO"/>
        </w:rPr>
        <w:t>Omsorg</w:t>
      </w:r>
      <w:bookmarkEnd w:id="7"/>
    </w:p>
    <w:p w14:paraId="195F0853" w14:textId="77777777" w:rsidR="005979F6" w:rsidRPr="00FF428D" w:rsidRDefault="00970104">
      <w:pPr>
        <w:rPr>
          <w:rFonts w:ascii="Comic Sans MS" w:hAnsi="Comic Sans MS"/>
          <w:sz w:val="22"/>
          <w:szCs w:val="22"/>
          <w:lang w:val="nn-NO"/>
        </w:rPr>
      </w:pPr>
      <w:r w:rsidRPr="00FF428D">
        <w:rPr>
          <w:rFonts w:ascii="Comic Sans MS" w:hAnsi="Comic Sans MS"/>
          <w:sz w:val="22"/>
          <w:szCs w:val="22"/>
          <w:lang w:val="nn-NO"/>
        </w:rPr>
        <w:t>Omsorg handlar om å byggja relasjonar som gjer at barnet kjenner seg trygt, verdifullt og inkludert. Når barna møter varme, omsorgsfulle og tydelege vaksne, legg me grunnlaget for vidare utvikling, leik, læring og danning.</w:t>
      </w:r>
    </w:p>
    <w:p w14:paraId="672E3DA7" w14:textId="77777777" w:rsidR="0026555D" w:rsidRPr="00FF428D" w:rsidRDefault="0026555D">
      <w:pPr>
        <w:rPr>
          <w:rFonts w:ascii="Comic Sans MS" w:hAnsi="Comic Sans MS"/>
          <w:sz w:val="22"/>
          <w:szCs w:val="22"/>
          <w:lang w:val="nn-NO"/>
        </w:rPr>
      </w:pPr>
    </w:p>
    <w:p w14:paraId="6DCF160A" w14:textId="77777777" w:rsidR="005979F6" w:rsidRPr="00FF428D" w:rsidRDefault="00970104">
      <w:pPr>
        <w:rPr>
          <w:rFonts w:ascii="Comic Sans MS" w:hAnsi="Comic Sans MS"/>
          <w:b/>
          <w:bCs/>
          <w:sz w:val="22"/>
          <w:szCs w:val="22"/>
          <w:lang w:val="nn-NO"/>
        </w:rPr>
      </w:pPr>
      <w:r w:rsidRPr="00FF428D">
        <w:rPr>
          <w:rFonts w:ascii="Comic Sans MS" w:hAnsi="Comic Sans MS"/>
          <w:b/>
          <w:bCs/>
          <w:sz w:val="22"/>
          <w:szCs w:val="22"/>
          <w:lang w:val="nn-NO"/>
        </w:rPr>
        <w:t>Progresjon</w:t>
      </w:r>
    </w:p>
    <w:p w14:paraId="3C8D7F2F" w14:textId="77777777" w:rsidR="005979F6" w:rsidRPr="00FF428D" w:rsidRDefault="00970104">
      <w:pPr>
        <w:rPr>
          <w:rFonts w:ascii="Comic Sans MS" w:hAnsi="Comic Sans MS"/>
          <w:sz w:val="22"/>
          <w:szCs w:val="22"/>
          <w:u w:val="single"/>
          <w:lang w:val="nn-NO"/>
        </w:rPr>
      </w:pPr>
      <w:r w:rsidRPr="00FF428D">
        <w:rPr>
          <w:rFonts w:ascii="Comic Sans MS" w:hAnsi="Comic Sans MS"/>
          <w:sz w:val="22"/>
          <w:szCs w:val="22"/>
          <w:u w:val="single"/>
          <w:lang w:val="nn-NO"/>
        </w:rPr>
        <w:t>Trinn 1 – dei yngste barna</w:t>
      </w:r>
    </w:p>
    <w:p w14:paraId="1B550A2A" w14:textId="4C9AF040"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møter kvart barn med varme og anerkjenning.</w:t>
      </w:r>
    </w:p>
    <w:p w14:paraId="2873A9CD" w14:textId="5AEC04B7"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ser, lyttar og prøver å forstå barnet sine behov.</w:t>
      </w:r>
    </w:p>
    <w:p w14:paraId="7845EE51" w14:textId="3A159A48"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byggjer tillit og trygge relasjonar.</w:t>
      </w:r>
    </w:p>
    <w:p w14:paraId="2DD49941" w14:textId="3A3868BC"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legg til rette for ro, kvile og tilhøyrsle.</w:t>
      </w:r>
    </w:p>
    <w:p w14:paraId="2A6C691F" w14:textId="77777777" w:rsidR="001849FC" w:rsidRPr="00FF428D" w:rsidRDefault="001849FC" w:rsidP="001849FC">
      <w:pPr>
        <w:pStyle w:val="Listeavsnitt"/>
        <w:ind w:left="360"/>
        <w:rPr>
          <w:rFonts w:ascii="Comic Sans MS" w:hAnsi="Comic Sans MS"/>
          <w:sz w:val="22"/>
          <w:szCs w:val="22"/>
          <w:lang w:val="nn-NO"/>
        </w:rPr>
      </w:pPr>
    </w:p>
    <w:p w14:paraId="500827F5" w14:textId="77777777" w:rsidR="005979F6" w:rsidRPr="00FF428D" w:rsidRDefault="00970104">
      <w:pPr>
        <w:rPr>
          <w:rFonts w:ascii="Comic Sans MS" w:hAnsi="Comic Sans MS"/>
          <w:sz w:val="22"/>
          <w:szCs w:val="22"/>
          <w:u w:val="single"/>
          <w:lang w:val="nn-NO"/>
        </w:rPr>
      </w:pPr>
      <w:r w:rsidRPr="00FF428D">
        <w:rPr>
          <w:rFonts w:ascii="Comic Sans MS" w:hAnsi="Comic Sans MS"/>
          <w:sz w:val="22"/>
          <w:szCs w:val="22"/>
          <w:u w:val="single"/>
          <w:lang w:val="nn-NO"/>
        </w:rPr>
        <w:t>Trinn 2 – dei eldste barna</w:t>
      </w:r>
    </w:p>
    <w:p w14:paraId="63F1B792" w14:textId="1FB688A6"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tek utgangspunkt i barnet sine interesser og erfaringar.</w:t>
      </w:r>
    </w:p>
    <w:p w14:paraId="4B1C4683" w14:textId="422D84BE"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støttar sjølvstende og medverknad.</w:t>
      </w:r>
    </w:p>
    <w:p w14:paraId="16C9EDB4" w14:textId="00FF3065"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har gode samtalar og hjelper barna å setja ord på kjensler.</w:t>
      </w:r>
    </w:p>
    <w:p w14:paraId="5BB0CB43" w14:textId="6B577D0F"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møter barna med varme og tydelege forventningar.</w:t>
      </w:r>
    </w:p>
    <w:p w14:paraId="4E187405" w14:textId="77777777" w:rsidR="001849FC" w:rsidRPr="00FF428D" w:rsidRDefault="001849FC" w:rsidP="001849FC">
      <w:pPr>
        <w:pStyle w:val="Listeavsnitt"/>
        <w:ind w:left="360"/>
        <w:rPr>
          <w:rFonts w:ascii="Comic Sans MS" w:hAnsi="Comic Sans MS"/>
          <w:sz w:val="22"/>
          <w:szCs w:val="22"/>
          <w:lang w:val="nn-NO"/>
        </w:rPr>
      </w:pPr>
    </w:p>
    <w:p w14:paraId="28729E03" w14:textId="79CBB221" w:rsidR="005979F6" w:rsidRPr="00FF428D" w:rsidRDefault="001849FC" w:rsidP="009C44D1">
      <w:pPr>
        <w:pStyle w:val="Overskrift3"/>
        <w:rPr>
          <w:rFonts w:ascii="Comic Sans MS" w:hAnsi="Comic Sans MS"/>
          <w:color w:val="auto"/>
          <w:sz w:val="22"/>
          <w:szCs w:val="22"/>
          <w:lang w:val="nn-NO"/>
        </w:rPr>
      </w:pPr>
      <w:bookmarkStart w:id="8" w:name="_Toc238461410"/>
      <w:r w:rsidRPr="00FF428D">
        <w:rPr>
          <w:rFonts w:ascii="Comic Sans MS" w:hAnsi="Comic Sans MS"/>
          <w:color w:val="auto"/>
          <w:sz w:val="22"/>
          <w:szCs w:val="22"/>
          <w:lang w:val="nn-NO"/>
        </w:rPr>
        <w:t>Kjenneteikn på god praksis?</w:t>
      </w:r>
      <w:bookmarkEnd w:id="8"/>
    </w:p>
    <w:p w14:paraId="0FB3304F" w14:textId="77777777" w:rsidR="004D6DB9" w:rsidRPr="00FF428D" w:rsidRDefault="004D6DB9" w:rsidP="004D6DB9">
      <w:pPr>
        <w:rPr>
          <w:lang w:val="nn-NO"/>
        </w:rPr>
      </w:pPr>
    </w:p>
    <w:p w14:paraId="5024964E" w14:textId="42520EED"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søkjer omsorg og let seg trøysta.</w:t>
      </w:r>
    </w:p>
    <w:p w14:paraId="26A7178A" w14:textId="153D677D"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viser glede ved å koma i barnehagen.</w:t>
      </w:r>
    </w:p>
    <w:p w14:paraId="1306C633" w14:textId="2526FD59" w:rsidR="005979F6" w:rsidRPr="00FF428D" w:rsidRDefault="00970104" w:rsidP="00596A7C">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opplever tryggleik og tilhøyrsle.</w:t>
      </w:r>
    </w:p>
    <w:p w14:paraId="05EE4CD3" w14:textId="77777777" w:rsidR="005979F6" w:rsidRPr="00FF428D" w:rsidRDefault="00970104" w:rsidP="00F80148">
      <w:pPr>
        <w:pStyle w:val="Overskrift3"/>
        <w:rPr>
          <w:rFonts w:ascii="Comic Sans MS" w:hAnsi="Comic Sans MS"/>
          <w:sz w:val="22"/>
          <w:szCs w:val="22"/>
          <w:lang w:val="nn-NO"/>
        </w:rPr>
      </w:pPr>
      <w:bookmarkStart w:id="9" w:name="_Toc238461411"/>
      <w:r w:rsidRPr="00FF428D">
        <w:rPr>
          <w:rFonts w:ascii="Comic Sans MS" w:hAnsi="Comic Sans MS"/>
          <w:sz w:val="22"/>
          <w:szCs w:val="22"/>
          <w:lang w:val="nn-NO"/>
        </w:rPr>
        <w:t>Leik</w:t>
      </w:r>
      <w:bookmarkEnd w:id="9"/>
    </w:p>
    <w:p w14:paraId="2205FA45" w14:textId="77777777" w:rsidR="005979F6" w:rsidRPr="00FF428D" w:rsidRDefault="00970104">
      <w:pPr>
        <w:rPr>
          <w:rFonts w:ascii="Comic Sans MS" w:hAnsi="Comic Sans MS"/>
          <w:sz w:val="22"/>
          <w:szCs w:val="22"/>
          <w:lang w:val="nn-NO"/>
        </w:rPr>
      </w:pPr>
      <w:r w:rsidRPr="00FF428D">
        <w:rPr>
          <w:rFonts w:ascii="Comic Sans MS" w:hAnsi="Comic Sans MS"/>
          <w:sz w:val="22"/>
          <w:szCs w:val="22"/>
          <w:lang w:val="nn-NO"/>
        </w:rPr>
        <w:t>Leiken har eigenverdi og er den viktigaste arenaen for vennskap, glede, kreativitet og læring.</w:t>
      </w:r>
    </w:p>
    <w:p w14:paraId="7628DA5B" w14:textId="77777777" w:rsidR="001849FC" w:rsidRPr="00FF428D" w:rsidRDefault="001849FC">
      <w:pPr>
        <w:rPr>
          <w:rFonts w:ascii="Comic Sans MS" w:hAnsi="Comic Sans MS"/>
          <w:sz w:val="22"/>
          <w:szCs w:val="22"/>
          <w:lang w:val="nn-NO"/>
        </w:rPr>
      </w:pPr>
    </w:p>
    <w:p w14:paraId="5A5EE4B5" w14:textId="77777777" w:rsidR="005979F6" w:rsidRPr="00FF428D" w:rsidRDefault="00970104">
      <w:pPr>
        <w:rPr>
          <w:rFonts w:ascii="Comic Sans MS" w:hAnsi="Comic Sans MS"/>
          <w:b/>
          <w:bCs/>
          <w:sz w:val="22"/>
          <w:szCs w:val="22"/>
          <w:lang w:val="nn-NO"/>
        </w:rPr>
      </w:pPr>
      <w:r w:rsidRPr="00FF428D">
        <w:rPr>
          <w:rFonts w:ascii="Comic Sans MS" w:hAnsi="Comic Sans MS"/>
          <w:b/>
          <w:bCs/>
          <w:sz w:val="22"/>
          <w:szCs w:val="22"/>
          <w:lang w:val="nn-NO"/>
        </w:rPr>
        <w:t>Progresjon</w:t>
      </w:r>
    </w:p>
    <w:p w14:paraId="0578E413" w14:textId="77777777" w:rsidR="005979F6" w:rsidRPr="00FF428D" w:rsidRDefault="00970104">
      <w:pPr>
        <w:rPr>
          <w:rFonts w:ascii="Comic Sans MS" w:hAnsi="Comic Sans MS"/>
          <w:sz w:val="22"/>
          <w:szCs w:val="22"/>
          <w:u w:val="single"/>
          <w:lang w:val="nn-NO"/>
        </w:rPr>
      </w:pPr>
      <w:r w:rsidRPr="00FF428D">
        <w:rPr>
          <w:rFonts w:ascii="Comic Sans MS" w:hAnsi="Comic Sans MS"/>
          <w:sz w:val="22"/>
          <w:szCs w:val="22"/>
          <w:u w:val="single"/>
          <w:lang w:val="nn-NO"/>
        </w:rPr>
        <w:t>Trinn 1 – dei yngste barna</w:t>
      </w:r>
    </w:p>
    <w:p w14:paraId="09D26B19" w14:textId="5F6CA7F7"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 xml:space="preserve">Me </w:t>
      </w:r>
      <w:proofErr w:type="spellStart"/>
      <w:r w:rsidRPr="00FF428D">
        <w:rPr>
          <w:rFonts w:ascii="Comic Sans MS" w:hAnsi="Comic Sans MS"/>
          <w:sz w:val="22"/>
          <w:szCs w:val="22"/>
          <w:lang w:val="nn-NO"/>
        </w:rPr>
        <w:t>skjermer</w:t>
      </w:r>
      <w:proofErr w:type="spellEnd"/>
      <w:r w:rsidRPr="00FF428D">
        <w:rPr>
          <w:rFonts w:ascii="Comic Sans MS" w:hAnsi="Comic Sans MS"/>
          <w:sz w:val="22"/>
          <w:szCs w:val="22"/>
          <w:lang w:val="nn-NO"/>
        </w:rPr>
        <w:t xml:space="preserve"> leiken og gjev god tid.</w:t>
      </w:r>
    </w:p>
    <w:p w14:paraId="6863486A" w14:textId="755436FA"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lastRenderedPageBreak/>
        <w:t>Me skaper innbydande leikemiljø.</w:t>
      </w:r>
    </w:p>
    <w:p w14:paraId="43DDFC66" w14:textId="25624406"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observerer samspelet.</w:t>
      </w:r>
    </w:p>
    <w:p w14:paraId="3628B27E" w14:textId="70D7268B"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er nærverande vaksne.</w:t>
      </w:r>
    </w:p>
    <w:p w14:paraId="2FDFBBB4" w14:textId="77777777" w:rsidR="0026555D" w:rsidRPr="00FF428D" w:rsidRDefault="0026555D" w:rsidP="0026555D">
      <w:pPr>
        <w:pStyle w:val="Listeavsnitt"/>
        <w:ind w:left="360"/>
        <w:rPr>
          <w:rFonts w:ascii="Comic Sans MS" w:hAnsi="Comic Sans MS"/>
          <w:sz w:val="22"/>
          <w:szCs w:val="22"/>
          <w:lang w:val="nn-NO"/>
        </w:rPr>
      </w:pPr>
    </w:p>
    <w:p w14:paraId="525452A8" w14:textId="77777777" w:rsidR="005979F6" w:rsidRPr="00FF428D" w:rsidRDefault="00970104">
      <w:pPr>
        <w:rPr>
          <w:rFonts w:ascii="Comic Sans MS" w:hAnsi="Comic Sans MS"/>
          <w:sz w:val="22"/>
          <w:szCs w:val="22"/>
          <w:u w:val="single"/>
          <w:lang w:val="nn-NO"/>
        </w:rPr>
      </w:pPr>
      <w:r w:rsidRPr="00FF428D">
        <w:rPr>
          <w:rFonts w:ascii="Comic Sans MS" w:hAnsi="Comic Sans MS"/>
          <w:sz w:val="22"/>
          <w:szCs w:val="22"/>
          <w:u w:val="single"/>
          <w:lang w:val="nn-NO"/>
        </w:rPr>
        <w:t>Trinn 2 – dei eldste barna</w:t>
      </w:r>
    </w:p>
    <w:p w14:paraId="07F3CA6E" w14:textId="74A83E2D"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 xml:space="preserve">Me støttar vennskap og </w:t>
      </w:r>
      <w:proofErr w:type="spellStart"/>
      <w:r w:rsidRPr="00FF428D">
        <w:rPr>
          <w:rFonts w:ascii="Comic Sans MS" w:hAnsi="Comic Sans MS"/>
          <w:sz w:val="22"/>
          <w:szCs w:val="22"/>
          <w:lang w:val="nn-NO"/>
        </w:rPr>
        <w:t>inkludering</w:t>
      </w:r>
      <w:proofErr w:type="spellEnd"/>
      <w:r w:rsidRPr="00FF428D">
        <w:rPr>
          <w:rFonts w:ascii="Comic Sans MS" w:hAnsi="Comic Sans MS"/>
          <w:sz w:val="22"/>
          <w:szCs w:val="22"/>
          <w:lang w:val="nn-NO"/>
        </w:rPr>
        <w:t>.</w:t>
      </w:r>
    </w:p>
    <w:p w14:paraId="2EA997CF" w14:textId="50B22887"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utviklar leikemiljø ut frå barna sine interesser.</w:t>
      </w:r>
    </w:p>
    <w:p w14:paraId="3B319C5E" w14:textId="5BD9CB6F"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vurderer vår eiga rolle i leiken.</w:t>
      </w:r>
    </w:p>
    <w:p w14:paraId="79489684" w14:textId="06477A63"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brukar naturen og nærmiljøet som inspirasjon.</w:t>
      </w:r>
    </w:p>
    <w:p w14:paraId="70C33405" w14:textId="1325CFE0"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Korleis veit me at me er på rett veg?</w:t>
      </w:r>
    </w:p>
    <w:p w14:paraId="0BAF9D94" w14:textId="3963AB1C"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leikar aktivt saman.</w:t>
      </w:r>
    </w:p>
    <w:p w14:paraId="6B3CF0AF" w14:textId="6E9F6A5B"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viser fantasi og kreativitet.</w:t>
      </w:r>
    </w:p>
    <w:p w14:paraId="28989A00" w14:textId="409124CF" w:rsidR="0026555D" w:rsidRPr="00FF428D" w:rsidRDefault="00970104" w:rsidP="00F80148">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Leiken er inkluderande og utviklande.</w:t>
      </w:r>
    </w:p>
    <w:p w14:paraId="6DAB8966" w14:textId="614847F6" w:rsidR="004547D8" w:rsidRPr="00FF428D" w:rsidRDefault="0026555D" w:rsidP="00E67315">
      <w:pPr>
        <w:pStyle w:val="Overskrift3"/>
        <w:jc w:val="both"/>
        <w:rPr>
          <w:rFonts w:ascii="Comic Sans MS" w:hAnsi="Comic Sans MS"/>
          <w:color w:val="auto"/>
          <w:sz w:val="22"/>
          <w:szCs w:val="22"/>
          <w:lang w:val="nn-NO"/>
        </w:rPr>
      </w:pPr>
      <w:bookmarkStart w:id="10" w:name="_Toc238461412"/>
      <w:r w:rsidRPr="00FF428D">
        <w:rPr>
          <w:rFonts w:ascii="Comic Sans MS" w:hAnsi="Comic Sans MS"/>
          <w:color w:val="000000"/>
          <w:sz w:val="22"/>
          <w:szCs w:val="22"/>
          <w:lang w:val="nn-NO"/>
        </w:rPr>
        <w:t>Kjenneteikn på god praksis</w:t>
      </w:r>
      <w:r w:rsidR="004547D8" w:rsidRPr="00FF428D">
        <w:rPr>
          <w:rFonts w:ascii="Comic Sans MS" w:hAnsi="Comic Sans MS"/>
          <w:color w:val="auto"/>
          <w:sz w:val="22"/>
          <w:szCs w:val="22"/>
          <w:lang w:val="nn-NO"/>
        </w:rPr>
        <w:t>?</w:t>
      </w:r>
      <w:bookmarkEnd w:id="10"/>
    </w:p>
    <w:p w14:paraId="2BD10155" w14:textId="77777777" w:rsidR="00E67315" w:rsidRPr="00FF428D" w:rsidRDefault="00CB33CB" w:rsidP="00E67315">
      <w:pPr>
        <w:pStyle w:val="Listeavsnitt"/>
        <w:numPr>
          <w:ilvl w:val="0"/>
          <w:numId w:val="10"/>
        </w:numPr>
        <w:spacing w:before="100" w:beforeAutospacing="1" w:after="100" w:afterAutospacing="1"/>
        <w:jc w:val="both"/>
        <w:rPr>
          <w:rFonts w:ascii="Comic Sans MS" w:hAnsi="Comic Sans MS"/>
          <w:color w:val="000000"/>
          <w:sz w:val="22"/>
          <w:szCs w:val="22"/>
          <w:lang w:val="nn-NO"/>
        </w:rPr>
      </w:pPr>
      <w:r w:rsidRPr="00FF428D">
        <w:rPr>
          <w:rFonts w:ascii="Comic Sans MS" w:hAnsi="Comic Sans MS"/>
          <w:color w:val="000000"/>
          <w:sz w:val="22"/>
          <w:szCs w:val="22"/>
          <w:lang w:val="nn-NO"/>
        </w:rPr>
        <w:t>Barna tek initiativ til leik og inviterer andre med</w:t>
      </w:r>
      <w:r w:rsidR="00E67315" w:rsidRPr="00FF428D">
        <w:rPr>
          <w:rFonts w:ascii="Comic Sans MS" w:hAnsi="Comic Sans MS"/>
          <w:color w:val="000000"/>
          <w:sz w:val="22"/>
          <w:szCs w:val="22"/>
          <w:lang w:val="nn-NO"/>
        </w:rPr>
        <w:t>.</w:t>
      </w:r>
    </w:p>
    <w:p w14:paraId="3E7F48EB" w14:textId="77777777" w:rsidR="00E67315" w:rsidRPr="00FF428D" w:rsidRDefault="00CB33CB" w:rsidP="00E67315">
      <w:pPr>
        <w:pStyle w:val="Listeavsnitt"/>
        <w:numPr>
          <w:ilvl w:val="0"/>
          <w:numId w:val="10"/>
        </w:numPr>
        <w:spacing w:before="100" w:beforeAutospacing="1" w:after="100" w:afterAutospacing="1"/>
        <w:jc w:val="both"/>
        <w:rPr>
          <w:rFonts w:ascii="Comic Sans MS" w:hAnsi="Comic Sans MS"/>
          <w:color w:val="000000"/>
          <w:sz w:val="22"/>
          <w:szCs w:val="22"/>
          <w:lang w:val="nn-NO"/>
        </w:rPr>
      </w:pPr>
      <w:r w:rsidRPr="00FF428D">
        <w:rPr>
          <w:rFonts w:ascii="Comic Sans MS" w:hAnsi="Comic Sans MS"/>
          <w:color w:val="000000"/>
          <w:sz w:val="22"/>
          <w:szCs w:val="22"/>
          <w:lang w:val="nn-NO"/>
        </w:rPr>
        <w:t>Barna opplever glede, engasjement og meistring i leiken.</w:t>
      </w:r>
    </w:p>
    <w:p w14:paraId="69B10027" w14:textId="77777777" w:rsidR="00E67315" w:rsidRPr="00FF428D" w:rsidRDefault="00CB33CB" w:rsidP="00E67315">
      <w:pPr>
        <w:pStyle w:val="Listeavsnitt"/>
        <w:numPr>
          <w:ilvl w:val="0"/>
          <w:numId w:val="10"/>
        </w:numPr>
        <w:spacing w:before="100" w:beforeAutospacing="1" w:after="100" w:afterAutospacing="1"/>
        <w:jc w:val="both"/>
        <w:rPr>
          <w:rFonts w:ascii="Comic Sans MS" w:hAnsi="Comic Sans MS"/>
          <w:color w:val="000000"/>
          <w:sz w:val="22"/>
          <w:szCs w:val="22"/>
          <w:lang w:val="nn-NO"/>
        </w:rPr>
      </w:pPr>
      <w:r w:rsidRPr="00FF428D">
        <w:rPr>
          <w:rFonts w:ascii="Comic Sans MS" w:hAnsi="Comic Sans MS"/>
          <w:color w:val="000000"/>
          <w:sz w:val="22"/>
          <w:szCs w:val="22"/>
          <w:lang w:val="nn-NO"/>
        </w:rPr>
        <w:t>Leiken er prega av fantasi, kreativitet og gode relasjonar.</w:t>
      </w:r>
    </w:p>
    <w:p w14:paraId="3D437264" w14:textId="61508952" w:rsidR="00CB33CB" w:rsidRPr="00FF428D" w:rsidRDefault="00CB33CB" w:rsidP="00E67315">
      <w:pPr>
        <w:pStyle w:val="Listeavsnitt"/>
        <w:numPr>
          <w:ilvl w:val="0"/>
          <w:numId w:val="10"/>
        </w:numPr>
        <w:spacing w:before="100" w:beforeAutospacing="1" w:after="100" w:afterAutospacing="1"/>
        <w:jc w:val="both"/>
        <w:rPr>
          <w:rFonts w:ascii="Comic Sans MS" w:hAnsi="Comic Sans MS"/>
          <w:color w:val="000000"/>
          <w:sz w:val="22"/>
          <w:szCs w:val="22"/>
          <w:lang w:val="nn-NO"/>
        </w:rPr>
      </w:pPr>
      <w:r w:rsidRPr="00FF428D">
        <w:rPr>
          <w:rFonts w:ascii="Comic Sans MS" w:hAnsi="Comic Sans MS"/>
          <w:color w:val="000000"/>
          <w:sz w:val="22"/>
          <w:szCs w:val="22"/>
          <w:lang w:val="nn-NO"/>
        </w:rPr>
        <w:t>Personalet støttar, vernar om og vidareutviklar leiken.</w:t>
      </w:r>
    </w:p>
    <w:p w14:paraId="0781D028" w14:textId="68C2F72D" w:rsidR="005979F6" w:rsidRPr="00FF428D" w:rsidRDefault="00970104" w:rsidP="00F80148">
      <w:pPr>
        <w:pStyle w:val="Overskrift3"/>
        <w:rPr>
          <w:rFonts w:ascii="Comic Sans MS" w:hAnsi="Comic Sans MS"/>
          <w:sz w:val="22"/>
          <w:szCs w:val="22"/>
          <w:lang w:val="nn-NO"/>
        </w:rPr>
      </w:pPr>
      <w:bookmarkStart w:id="11" w:name="_Toc238461413"/>
      <w:r w:rsidRPr="00FF428D">
        <w:rPr>
          <w:rFonts w:ascii="Comic Sans MS" w:hAnsi="Comic Sans MS"/>
          <w:sz w:val="22"/>
          <w:szCs w:val="22"/>
          <w:lang w:val="nn-NO"/>
        </w:rPr>
        <w:t>Læring</w:t>
      </w:r>
      <w:bookmarkEnd w:id="11"/>
    </w:p>
    <w:p w14:paraId="1A1B3040" w14:textId="77777777" w:rsidR="005979F6" w:rsidRPr="00FF428D" w:rsidRDefault="00970104">
      <w:pPr>
        <w:rPr>
          <w:rFonts w:ascii="Comic Sans MS" w:hAnsi="Comic Sans MS"/>
          <w:sz w:val="22"/>
          <w:szCs w:val="22"/>
          <w:lang w:val="nn-NO"/>
        </w:rPr>
      </w:pPr>
      <w:r w:rsidRPr="00FF428D">
        <w:rPr>
          <w:rFonts w:ascii="Comic Sans MS" w:hAnsi="Comic Sans MS"/>
          <w:sz w:val="22"/>
          <w:szCs w:val="22"/>
          <w:lang w:val="nn-NO"/>
        </w:rPr>
        <w:t>Barn lærer gjennom kvardagen, i leik, i samspel og gjennom eigne erfaringar.</w:t>
      </w:r>
    </w:p>
    <w:p w14:paraId="41DEEF9C" w14:textId="77777777" w:rsidR="001849FC" w:rsidRPr="00FF428D" w:rsidRDefault="001849FC">
      <w:pPr>
        <w:rPr>
          <w:rFonts w:ascii="Comic Sans MS" w:hAnsi="Comic Sans MS"/>
          <w:sz w:val="22"/>
          <w:szCs w:val="22"/>
          <w:lang w:val="nn-NO"/>
        </w:rPr>
      </w:pPr>
    </w:p>
    <w:p w14:paraId="2016D70D" w14:textId="77777777" w:rsidR="005979F6" w:rsidRPr="00FF428D" w:rsidRDefault="00970104">
      <w:pPr>
        <w:rPr>
          <w:rFonts w:ascii="Comic Sans MS" w:hAnsi="Comic Sans MS"/>
          <w:b/>
          <w:bCs/>
          <w:sz w:val="22"/>
          <w:szCs w:val="22"/>
          <w:lang w:val="nn-NO"/>
        </w:rPr>
      </w:pPr>
      <w:r w:rsidRPr="00FF428D">
        <w:rPr>
          <w:rFonts w:ascii="Comic Sans MS" w:hAnsi="Comic Sans MS"/>
          <w:b/>
          <w:bCs/>
          <w:sz w:val="22"/>
          <w:szCs w:val="22"/>
          <w:lang w:val="nn-NO"/>
        </w:rPr>
        <w:t>Progresjon</w:t>
      </w:r>
    </w:p>
    <w:p w14:paraId="2744D25C" w14:textId="77777777" w:rsidR="005979F6" w:rsidRPr="00FF428D" w:rsidRDefault="00970104">
      <w:pPr>
        <w:rPr>
          <w:rFonts w:ascii="Comic Sans MS" w:hAnsi="Comic Sans MS"/>
          <w:sz w:val="22"/>
          <w:szCs w:val="22"/>
          <w:u w:val="single"/>
          <w:lang w:val="nn-NO"/>
        </w:rPr>
      </w:pPr>
      <w:r w:rsidRPr="00FF428D">
        <w:rPr>
          <w:rFonts w:ascii="Comic Sans MS" w:hAnsi="Comic Sans MS"/>
          <w:sz w:val="22"/>
          <w:szCs w:val="22"/>
          <w:u w:val="single"/>
          <w:lang w:val="nn-NO"/>
        </w:rPr>
        <w:t>Trinn 1 – dei yngste barna</w:t>
      </w:r>
    </w:p>
    <w:p w14:paraId="1646D596" w14:textId="3FF29F30"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nyttar kvardagssituasjonane som læringsarena.</w:t>
      </w:r>
    </w:p>
    <w:p w14:paraId="367C9DE1" w14:textId="1CE4315E"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stimulerer språk og undring.</w:t>
      </w:r>
    </w:p>
    <w:p w14:paraId="65C19807" w14:textId="780D59F4"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legg til rette for varierte opplevingar.</w:t>
      </w:r>
    </w:p>
    <w:p w14:paraId="1E8D62D9" w14:textId="77777777" w:rsidR="00A5768B" w:rsidRPr="00FF428D" w:rsidRDefault="00A5768B" w:rsidP="00A5768B">
      <w:pPr>
        <w:pStyle w:val="Listeavsnitt"/>
        <w:ind w:left="360"/>
        <w:rPr>
          <w:rFonts w:ascii="Comic Sans MS" w:hAnsi="Comic Sans MS"/>
          <w:sz w:val="22"/>
          <w:szCs w:val="22"/>
          <w:lang w:val="nn-NO"/>
        </w:rPr>
      </w:pPr>
    </w:p>
    <w:p w14:paraId="4EF235D5" w14:textId="77777777" w:rsidR="005979F6" w:rsidRPr="00FF428D" w:rsidRDefault="00970104">
      <w:pPr>
        <w:rPr>
          <w:rFonts w:ascii="Comic Sans MS" w:hAnsi="Comic Sans MS"/>
          <w:sz w:val="22"/>
          <w:szCs w:val="22"/>
          <w:u w:val="single"/>
          <w:lang w:val="nn-NO"/>
        </w:rPr>
      </w:pPr>
      <w:r w:rsidRPr="00FF428D">
        <w:rPr>
          <w:rFonts w:ascii="Comic Sans MS" w:hAnsi="Comic Sans MS"/>
          <w:sz w:val="22"/>
          <w:szCs w:val="22"/>
          <w:u w:val="single"/>
          <w:lang w:val="nn-NO"/>
        </w:rPr>
        <w:t>Trinn 2 – dei eldste barna</w:t>
      </w:r>
    </w:p>
    <w:p w14:paraId="3D081ECB" w14:textId="21895703"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tek utgangspunkt i barna sine interesser.</w:t>
      </w:r>
    </w:p>
    <w:p w14:paraId="7B923998" w14:textId="306D299B"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utfordrar barna gjennom utforsking og refleksjon.</w:t>
      </w:r>
    </w:p>
    <w:p w14:paraId="33B872FB" w14:textId="79009E13"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fremjar meistring og sjølvstende.</w:t>
      </w:r>
    </w:p>
    <w:p w14:paraId="461FDD47" w14:textId="04FA104C"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Korleis veit me at me er på rett veg?</w:t>
      </w:r>
    </w:p>
    <w:p w14:paraId="4F78BB51" w14:textId="2E562681"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viser nysgjerrigheit.</w:t>
      </w:r>
    </w:p>
    <w:p w14:paraId="65B6FA0D" w14:textId="17B69B1E"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prøver nye ting.</w:t>
      </w:r>
    </w:p>
    <w:p w14:paraId="3F1AED8B" w14:textId="1A45842B" w:rsidR="0026555D" w:rsidRPr="00FF428D" w:rsidRDefault="00970104" w:rsidP="00CB33CB">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opplever utvikling og meistring.</w:t>
      </w:r>
    </w:p>
    <w:p w14:paraId="6153F204" w14:textId="4DCEBF05" w:rsidR="00CB33CB" w:rsidRPr="00FF428D" w:rsidRDefault="0026555D" w:rsidP="00CB33CB">
      <w:pPr>
        <w:pStyle w:val="Overskrift3"/>
        <w:rPr>
          <w:rFonts w:ascii="Comic Sans MS" w:hAnsi="Comic Sans MS"/>
          <w:color w:val="auto"/>
          <w:sz w:val="22"/>
          <w:szCs w:val="22"/>
          <w:lang w:val="nn-NO"/>
        </w:rPr>
      </w:pPr>
      <w:bookmarkStart w:id="12" w:name="_Toc238461414"/>
      <w:r w:rsidRPr="00FF428D">
        <w:rPr>
          <w:rFonts w:ascii="Comic Sans MS" w:hAnsi="Comic Sans MS"/>
          <w:color w:val="000000"/>
          <w:sz w:val="22"/>
          <w:szCs w:val="22"/>
          <w:lang w:val="nn-NO"/>
        </w:rPr>
        <w:t>Kjenneteikn på god praksis</w:t>
      </w:r>
      <w:r w:rsidR="00CB33CB" w:rsidRPr="00FF428D">
        <w:rPr>
          <w:rFonts w:ascii="Comic Sans MS" w:hAnsi="Comic Sans MS"/>
          <w:color w:val="auto"/>
          <w:sz w:val="22"/>
          <w:szCs w:val="22"/>
          <w:lang w:val="nn-NO"/>
        </w:rPr>
        <w:t>?</w:t>
      </w:r>
      <w:bookmarkEnd w:id="12"/>
    </w:p>
    <w:p w14:paraId="0DE1F4A5" w14:textId="77777777" w:rsidR="004D6DB9" w:rsidRPr="00FF428D" w:rsidRDefault="00706824" w:rsidP="004D6DB9">
      <w:pPr>
        <w:pStyle w:val="Listeavsnitt"/>
        <w:numPr>
          <w:ilvl w:val="0"/>
          <w:numId w:val="10"/>
        </w:numPr>
        <w:spacing w:before="100" w:beforeAutospacing="1" w:after="100" w:afterAutospacing="1"/>
        <w:rPr>
          <w:rFonts w:ascii="Comic Sans MS" w:hAnsi="Comic Sans MS"/>
          <w:color w:val="000000"/>
          <w:sz w:val="22"/>
          <w:szCs w:val="22"/>
          <w:lang w:val="nn-NO"/>
        </w:rPr>
      </w:pPr>
      <w:r w:rsidRPr="00FF428D">
        <w:rPr>
          <w:rFonts w:ascii="Comic Sans MS" w:hAnsi="Comic Sans MS"/>
          <w:color w:val="000000"/>
          <w:sz w:val="22"/>
          <w:szCs w:val="22"/>
          <w:lang w:val="nn-NO"/>
        </w:rPr>
        <w:t>Barna viser nysgjerrigheit og utforskar omgjevnadene.</w:t>
      </w:r>
    </w:p>
    <w:p w14:paraId="4557A0D6" w14:textId="77777777" w:rsidR="004D6DB9" w:rsidRPr="00FF428D" w:rsidRDefault="00706824" w:rsidP="004D6DB9">
      <w:pPr>
        <w:pStyle w:val="Listeavsnitt"/>
        <w:numPr>
          <w:ilvl w:val="0"/>
          <w:numId w:val="10"/>
        </w:numPr>
        <w:spacing w:before="100" w:beforeAutospacing="1" w:after="100" w:afterAutospacing="1"/>
        <w:rPr>
          <w:rFonts w:ascii="Comic Sans MS" w:hAnsi="Comic Sans MS"/>
          <w:color w:val="000000"/>
          <w:sz w:val="22"/>
          <w:szCs w:val="22"/>
          <w:lang w:val="nn-NO"/>
        </w:rPr>
      </w:pPr>
      <w:r w:rsidRPr="00FF428D">
        <w:rPr>
          <w:rFonts w:ascii="Comic Sans MS" w:hAnsi="Comic Sans MS"/>
          <w:color w:val="000000"/>
          <w:sz w:val="22"/>
          <w:szCs w:val="22"/>
          <w:lang w:val="nn-NO"/>
        </w:rPr>
        <w:t>Barna prøver nye aktivitetar og utfordrar seg sjølve.</w:t>
      </w:r>
    </w:p>
    <w:p w14:paraId="3C980888" w14:textId="77777777" w:rsidR="004D6DB9" w:rsidRPr="00FF428D" w:rsidRDefault="00706824" w:rsidP="004D6DB9">
      <w:pPr>
        <w:pStyle w:val="Listeavsnitt"/>
        <w:numPr>
          <w:ilvl w:val="0"/>
          <w:numId w:val="10"/>
        </w:numPr>
        <w:spacing w:before="100" w:beforeAutospacing="1" w:after="100" w:afterAutospacing="1"/>
        <w:rPr>
          <w:rFonts w:ascii="Comic Sans MS" w:hAnsi="Comic Sans MS"/>
          <w:color w:val="000000"/>
          <w:sz w:val="22"/>
          <w:szCs w:val="22"/>
          <w:lang w:val="nn-NO"/>
        </w:rPr>
      </w:pPr>
      <w:r w:rsidRPr="00FF428D">
        <w:rPr>
          <w:rFonts w:ascii="Comic Sans MS" w:hAnsi="Comic Sans MS"/>
          <w:color w:val="000000"/>
          <w:sz w:val="22"/>
          <w:szCs w:val="22"/>
          <w:lang w:val="nn-NO"/>
        </w:rPr>
        <w:lastRenderedPageBreak/>
        <w:t>Barna opplever meistring og utvikling ut frå eigne føresetnader.</w:t>
      </w:r>
    </w:p>
    <w:p w14:paraId="7F1BE102" w14:textId="703F0462" w:rsidR="00706824" w:rsidRPr="00FF428D" w:rsidRDefault="00706824" w:rsidP="004D6DB9">
      <w:pPr>
        <w:pStyle w:val="Listeavsnitt"/>
        <w:numPr>
          <w:ilvl w:val="0"/>
          <w:numId w:val="10"/>
        </w:numPr>
        <w:spacing w:before="100" w:beforeAutospacing="1" w:after="100" w:afterAutospacing="1"/>
        <w:rPr>
          <w:rFonts w:ascii="Comic Sans MS" w:hAnsi="Comic Sans MS"/>
          <w:color w:val="000000"/>
          <w:sz w:val="22"/>
          <w:szCs w:val="22"/>
          <w:lang w:val="nn-NO"/>
        </w:rPr>
      </w:pPr>
      <w:r w:rsidRPr="00FF428D">
        <w:rPr>
          <w:rFonts w:ascii="Comic Sans MS" w:hAnsi="Comic Sans MS"/>
          <w:color w:val="000000"/>
          <w:sz w:val="22"/>
          <w:szCs w:val="22"/>
          <w:lang w:val="nn-NO"/>
        </w:rPr>
        <w:t>Personalet tek utgangspunkt i barna sine interesser og undring.</w:t>
      </w:r>
    </w:p>
    <w:p w14:paraId="72A51921" w14:textId="77777777" w:rsidR="00CB33CB" w:rsidRPr="00FF428D" w:rsidRDefault="00CB33CB" w:rsidP="00CB33CB">
      <w:pPr>
        <w:rPr>
          <w:rFonts w:ascii="Comic Sans MS" w:hAnsi="Comic Sans MS"/>
          <w:sz w:val="22"/>
          <w:szCs w:val="22"/>
          <w:lang w:val="nn-NO"/>
        </w:rPr>
      </w:pPr>
    </w:p>
    <w:p w14:paraId="1C3A5E26" w14:textId="77777777" w:rsidR="005979F6" w:rsidRPr="00FF428D" w:rsidRDefault="00970104" w:rsidP="00F80148">
      <w:pPr>
        <w:pStyle w:val="Overskrift3"/>
        <w:rPr>
          <w:rFonts w:ascii="Comic Sans MS" w:hAnsi="Comic Sans MS"/>
          <w:sz w:val="22"/>
          <w:szCs w:val="22"/>
          <w:lang w:val="nn-NO"/>
        </w:rPr>
      </w:pPr>
      <w:bookmarkStart w:id="13" w:name="_Toc238461415"/>
      <w:r w:rsidRPr="00FF428D">
        <w:rPr>
          <w:rFonts w:ascii="Comic Sans MS" w:hAnsi="Comic Sans MS"/>
          <w:sz w:val="22"/>
          <w:szCs w:val="22"/>
          <w:lang w:val="nn-NO"/>
        </w:rPr>
        <w:t>Danning</w:t>
      </w:r>
      <w:bookmarkEnd w:id="13"/>
    </w:p>
    <w:p w14:paraId="063A9E3E" w14:textId="77777777" w:rsidR="005979F6" w:rsidRPr="00FF428D" w:rsidRDefault="00970104">
      <w:pPr>
        <w:rPr>
          <w:rFonts w:ascii="Comic Sans MS" w:hAnsi="Comic Sans MS"/>
          <w:sz w:val="22"/>
          <w:szCs w:val="22"/>
          <w:lang w:val="nn-NO"/>
        </w:rPr>
      </w:pPr>
      <w:r w:rsidRPr="00FF428D">
        <w:rPr>
          <w:rFonts w:ascii="Comic Sans MS" w:hAnsi="Comic Sans MS"/>
          <w:sz w:val="22"/>
          <w:szCs w:val="22"/>
          <w:lang w:val="nn-NO"/>
        </w:rPr>
        <w:t>Danning skjer i møte med andre menneske og gjennom erfaringar i fellesskapet.</w:t>
      </w:r>
    </w:p>
    <w:p w14:paraId="38A27936" w14:textId="77777777" w:rsidR="00A5768B" w:rsidRPr="00FF428D" w:rsidRDefault="00A5768B">
      <w:pPr>
        <w:rPr>
          <w:rFonts w:ascii="Comic Sans MS" w:hAnsi="Comic Sans MS"/>
          <w:sz w:val="22"/>
          <w:szCs w:val="22"/>
          <w:lang w:val="nn-NO"/>
        </w:rPr>
      </w:pPr>
    </w:p>
    <w:p w14:paraId="11D55A1D" w14:textId="77777777" w:rsidR="005979F6" w:rsidRPr="00FF428D" w:rsidRDefault="00970104">
      <w:pPr>
        <w:rPr>
          <w:rFonts w:ascii="Comic Sans MS" w:hAnsi="Comic Sans MS"/>
          <w:b/>
          <w:bCs/>
          <w:sz w:val="22"/>
          <w:szCs w:val="22"/>
          <w:lang w:val="nn-NO"/>
        </w:rPr>
      </w:pPr>
      <w:r w:rsidRPr="00FF428D">
        <w:rPr>
          <w:rFonts w:ascii="Comic Sans MS" w:hAnsi="Comic Sans MS"/>
          <w:b/>
          <w:bCs/>
          <w:sz w:val="22"/>
          <w:szCs w:val="22"/>
          <w:lang w:val="nn-NO"/>
        </w:rPr>
        <w:t>Progresjon</w:t>
      </w:r>
    </w:p>
    <w:p w14:paraId="3CED84A1" w14:textId="77777777" w:rsidR="00A5768B" w:rsidRPr="00FF428D" w:rsidRDefault="00A5768B">
      <w:pPr>
        <w:rPr>
          <w:rFonts w:ascii="Comic Sans MS" w:hAnsi="Comic Sans MS"/>
          <w:b/>
          <w:bCs/>
          <w:sz w:val="22"/>
          <w:szCs w:val="22"/>
          <w:lang w:val="nn-NO"/>
        </w:rPr>
      </w:pPr>
    </w:p>
    <w:p w14:paraId="40EEB6BE" w14:textId="77777777" w:rsidR="005979F6" w:rsidRPr="00FF428D" w:rsidRDefault="00970104">
      <w:pPr>
        <w:rPr>
          <w:rFonts w:ascii="Comic Sans MS" w:hAnsi="Comic Sans MS"/>
          <w:sz w:val="22"/>
          <w:szCs w:val="22"/>
          <w:u w:val="single"/>
          <w:lang w:val="nn-NO"/>
        </w:rPr>
      </w:pPr>
      <w:r w:rsidRPr="00FF428D">
        <w:rPr>
          <w:rFonts w:ascii="Comic Sans MS" w:hAnsi="Comic Sans MS"/>
          <w:sz w:val="22"/>
          <w:szCs w:val="22"/>
          <w:u w:val="single"/>
          <w:lang w:val="nn-NO"/>
        </w:rPr>
        <w:t>Trinn 1 – dei yngste barna</w:t>
      </w:r>
    </w:p>
    <w:p w14:paraId="20E5774F" w14:textId="020430ED"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set ord på kjensler og verdiar.</w:t>
      </w:r>
    </w:p>
    <w:p w14:paraId="1E1ED4D6" w14:textId="1D5222D7"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fremjar respekt og omsyn.</w:t>
      </w:r>
    </w:p>
    <w:p w14:paraId="1FD7E5FE" w14:textId="6DFE8D62"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er gode rollemodellar.</w:t>
      </w:r>
    </w:p>
    <w:p w14:paraId="1F673747" w14:textId="77777777" w:rsidR="00A5768B" w:rsidRPr="00FF428D" w:rsidRDefault="00A5768B" w:rsidP="00A5768B">
      <w:pPr>
        <w:pStyle w:val="Listeavsnitt"/>
        <w:ind w:left="360"/>
        <w:rPr>
          <w:rFonts w:ascii="Comic Sans MS" w:hAnsi="Comic Sans MS"/>
          <w:sz w:val="22"/>
          <w:szCs w:val="22"/>
          <w:lang w:val="nn-NO"/>
        </w:rPr>
      </w:pPr>
    </w:p>
    <w:p w14:paraId="389F095B" w14:textId="77777777" w:rsidR="005979F6" w:rsidRPr="00FF428D" w:rsidRDefault="00970104">
      <w:pPr>
        <w:rPr>
          <w:rFonts w:ascii="Comic Sans MS" w:hAnsi="Comic Sans MS"/>
          <w:sz w:val="22"/>
          <w:szCs w:val="22"/>
          <w:u w:val="single"/>
          <w:lang w:val="nn-NO"/>
        </w:rPr>
      </w:pPr>
      <w:r w:rsidRPr="00FF428D">
        <w:rPr>
          <w:rFonts w:ascii="Comic Sans MS" w:hAnsi="Comic Sans MS"/>
          <w:sz w:val="22"/>
          <w:szCs w:val="22"/>
          <w:u w:val="single"/>
          <w:lang w:val="nn-NO"/>
        </w:rPr>
        <w:t>Trinn 2 – dei eldste barna</w:t>
      </w:r>
    </w:p>
    <w:p w14:paraId="4836B7DB" w14:textId="08435F7A"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gjev barna reell medverknad.</w:t>
      </w:r>
    </w:p>
    <w:p w14:paraId="7638378E" w14:textId="39A92954"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legg til rette for demokratiske erfaringar.</w:t>
      </w:r>
    </w:p>
    <w:p w14:paraId="65B82B1C" w14:textId="0C13359B"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Me styrkjer forståinga for ansvar og fellesskap.</w:t>
      </w:r>
    </w:p>
    <w:p w14:paraId="655AB9FF" w14:textId="577D90B9"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Korleis veit me at me er på rett veg?</w:t>
      </w:r>
    </w:p>
    <w:p w14:paraId="649E49E5" w14:textId="318A1CD6"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viser empati.</w:t>
      </w:r>
    </w:p>
    <w:p w14:paraId="2785C35D" w14:textId="3064F690" w:rsidR="005979F6" w:rsidRPr="00FF428D" w:rsidRDefault="00970104" w:rsidP="004554A3">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tek omsyn til andre.</w:t>
      </w:r>
    </w:p>
    <w:p w14:paraId="7D60CC89" w14:textId="2C4DC417" w:rsidR="00422630" w:rsidRPr="00FF428D" w:rsidRDefault="00970104" w:rsidP="00422630">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deltek aktivt i fellesskapet.</w:t>
      </w:r>
    </w:p>
    <w:p w14:paraId="15C8DBE7" w14:textId="17D7D42D" w:rsidR="00477099" w:rsidRPr="00FF428D" w:rsidRDefault="0026555D" w:rsidP="00477099">
      <w:pPr>
        <w:pStyle w:val="Overskrift3"/>
        <w:rPr>
          <w:rFonts w:ascii="Comic Sans MS" w:hAnsi="Comic Sans MS"/>
          <w:color w:val="auto"/>
          <w:sz w:val="22"/>
          <w:szCs w:val="22"/>
          <w:lang w:val="nn-NO"/>
        </w:rPr>
      </w:pPr>
      <w:bookmarkStart w:id="14" w:name="_Toc238461416"/>
      <w:r w:rsidRPr="00FF428D">
        <w:rPr>
          <w:rFonts w:ascii="Comic Sans MS" w:hAnsi="Comic Sans MS"/>
          <w:color w:val="000000"/>
          <w:sz w:val="22"/>
          <w:szCs w:val="22"/>
          <w:lang w:val="nn-NO"/>
        </w:rPr>
        <w:t>Kjenneteikn på god praksis</w:t>
      </w:r>
      <w:r w:rsidR="00422630" w:rsidRPr="00FF428D">
        <w:rPr>
          <w:rFonts w:ascii="Comic Sans MS" w:hAnsi="Comic Sans MS"/>
          <w:color w:val="auto"/>
          <w:sz w:val="22"/>
          <w:szCs w:val="22"/>
          <w:lang w:val="nn-NO"/>
        </w:rPr>
        <w:t>?</w:t>
      </w:r>
      <w:bookmarkEnd w:id="14"/>
    </w:p>
    <w:p w14:paraId="46505EAB" w14:textId="77777777" w:rsidR="0038736D" w:rsidRPr="00FF428D" w:rsidRDefault="0038736D" w:rsidP="0038736D">
      <w:pPr>
        <w:rPr>
          <w:lang w:val="nn-NO"/>
        </w:rPr>
      </w:pPr>
    </w:p>
    <w:p w14:paraId="0ED514D0" w14:textId="56179B37" w:rsidR="0026555D" w:rsidRPr="00FF428D" w:rsidRDefault="0026555D" w:rsidP="00A5768B">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viser respekt og omsorg for andre.</w:t>
      </w:r>
    </w:p>
    <w:p w14:paraId="1F8C1A6C" w14:textId="5DCDFBA4" w:rsidR="0026555D" w:rsidRPr="00FF428D" w:rsidRDefault="0026555D" w:rsidP="00A5768B">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tek ansvar og deltek aktivt i fellesskapet.</w:t>
      </w:r>
    </w:p>
    <w:p w14:paraId="5CDE772D" w14:textId="166DE13C" w:rsidR="0026555D" w:rsidRPr="00FF428D" w:rsidRDefault="0026555D" w:rsidP="00A5768B">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Barna uttrykkjer eigne meiningar og lyttar til andre.</w:t>
      </w:r>
    </w:p>
    <w:p w14:paraId="764BB337" w14:textId="7C6420C6" w:rsidR="0026555D" w:rsidRPr="00FF428D" w:rsidRDefault="0026555D" w:rsidP="00A5768B">
      <w:pPr>
        <w:pStyle w:val="Listeavsnitt"/>
        <w:numPr>
          <w:ilvl w:val="0"/>
          <w:numId w:val="10"/>
        </w:numPr>
        <w:rPr>
          <w:rFonts w:ascii="Comic Sans MS" w:hAnsi="Comic Sans MS"/>
          <w:sz w:val="22"/>
          <w:szCs w:val="22"/>
          <w:lang w:val="nn-NO"/>
        </w:rPr>
      </w:pPr>
      <w:r w:rsidRPr="00FF428D">
        <w:rPr>
          <w:rFonts w:ascii="Comic Sans MS" w:hAnsi="Comic Sans MS"/>
          <w:sz w:val="22"/>
          <w:szCs w:val="22"/>
          <w:lang w:val="nn-NO"/>
        </w:rPr>
        <w:t>Personalet er tydelege rollemodellar og fremjar demokratiske verdiar.</w:t>
      </w:r>
    </w:p>
    <w:p w14:paraId="20E69E6F" w14:textId="77777777" w:rsidR="00422630" w:rsidRPr="00FF428D" w:rsidRDefault="00422630" w:rsidP="00422630">
      <w:pPr>
        <w:rPr>
          <w:rFonts w:ascii="Comic Sans MS" w:hAnsi="Comic Sans MS"/>
          <w:sz w:val="22"/>
          <w:szCs w:val="22"/>
          <w:lang w:val="nn-NO"/>
        </w:rPr>
      </w:pPr>
    </w:p>
    <w:p w14:paraId="31B062F3" w14:textId="77777777" w:rsidR="005979F6" w:rsidRPr="00FF428D" w:rsidRDefault="00970104">
      <w:pPr>
        <w:rPr>
          <w:rFonts w:ascii="Comic Sans MS" w:hAnsi="Comic Sans MS"/>
          <w:b/>
          <w:bCs/>
          <w:sz w:val="22"/>
          <w:szCs w:val="22"/>
          <w:lang w:val="nn-NO"/>
        </w:rPr>
      </w:pPr>
      <w:r w:rsidRPr="00FF428D">
        <w:rPr>
          <w:rFonts w:ascii="Comic Sans MS" w:hAnsi="Comic Sans MS"/>
          <w:b/>
          <w:bCs/>
          <w:sz w:val="22"/>
          <w:szCs w:val="22"/>
          <w:lang w:val="nn-NO"/>
        </w:rPr>
        <w:t>Avslutning</w:t>
      </w:r>
    </w:p>
    <w:p w14:paraId="56D0C012" w14:textId="787CA1C9" w:rsidR="005979F6" w:rsidRPr="00FF428D" w:rsidRDefault="00970104">
      <w:pPr>
        <w:rPr>
          <w:rFonts w:ascii="Comic Sans MS" w:hAnsi="Comic Sans MS"/>
          <w:sz w:val="22"/>
          <w:szCs w:val="22"/>
          <w:lang w:val="nn-NO"/>
        </w:rPr>
      </w:pPr>
      <w:r w:rsidRPr="00FF428D">
        <w:rPr>
          <w:rFonts w:ascii="Comic Sans MS" w:hAnsi="Comic Sans MS"/>
          <w:sz w:val="22"/>
          <w:szCs w:val="22"/>
          <w:lang w:val="nn-NO"/>
        </w:rPr>
        <w:t xml:space="preserve">Omsorg, leik, læring og danning kan ikkje skiljast frå kvarandre. Dei påverkar kvarandre kvar dag og dannar grunnlaget for eit trygt, inkluderande og utviklande barnehagemiljø. Gjennom varme relasjonar, medverknad og autoritative vaksne </w:t>
      </w:r>
      <w:r w:rsidR="0079040C" w:rsidRPr="00FF428D">
        <w:rPr>
          <w:rFonts w:ascii="Comic Sans MS" w:hAnsi="Comic Sans MS"/>
          <w:sz w:val="22"/>
          <w:szCs w:val="22"/>
          <w:lang w:val="nn-NO"/>
        </w:rPr>
        <w:t>y</w:t>
      </w:r>
      <w:r w:rsidRPr="00FF428D">
        <w:rPr>
          <w:rFonts w:ascii="Comic Sans MS" w:hAnsi="Comic Sans MS"/>
          <w:sz w:val="22"/>
          <w:szCs w:val="22"/>
          <w:lang w:val="nn-NO"/>
        </w:rPr>
        <w:t>nskjer me å leggja grunnlaget for livsmeistring, lærelyst og gode oppvekstvilkår for alle barn.</w:t>
      </w:r>
    </w:p>
    <w:p w14:paraId="21654A6F" w14:textId="55C79171" w:rsidR="005979F6" w:rsidRPr="00FF428D" w:rsidRDefault="004554A3" w:rsidP="00326C1C">
      <w:pPr>
        <w:pStyle w:val="Overskrift2"/>
        <w:rPr>
          <w:rFonts w:ascii="Comic Sans MS" w:hAnsi="Comic Sans MS"/>
          <w:lang w:val="nn-NO"/>
        </w:rPr>
      </w:pPr>
      <w:r w:rsidRPr="00FF428D">
        <w:rPr>
          <w:lang w:val="nn-NO"/>
        </w:rPr>
        <w:br w:type="page"/>
      </w:r>
      <w:bookmarkStart w:id="15" w:name="_Toc238461417"/>
      <w:r w:rsidRPr="00FF428D">
        <w:rPr>
          <w:rFonts w:ascii="Comic Sans MS" w:hAnsi="Comic Sans MS"/>
          <w:lang w:val="nn-NO"/>
        </w:rPr>
        <w:lastRenderedPageBreak/>
        <w:t>Vurdering og kvalitetsutvikling</w:t>
      </w:r>
      <w:bookmarkEnd w:id="15"/>
    </w:p>
    <w:p w14:paraId="5B6D88DB" w14:textId="77777777" w:rsidR="0038736D" w:rsidRPr="00FF428D" w:rsidRDefault="0038736D" w:rsidP="0038736D">
      <w:pPr>
        <w:rPr>
          <w:rFonts w:eastAsiaTheme="majorEastAsia"/>
          <w:lang w:val="nn-NO"/>
        </w:rPr>
      </w:pPr>
    </w:p>
    <w:p w14:paraId="45E53A46" w14:textId="77777777" w:rsidR="005979F6" w:rsidRPr="00FF428D" w:rsidRDefault="00970104">
      <w:pPr>
        <w:rPr>
          <w:rFonts w:ascii="Comic Sans MS" w:hAnsi="Comic Sans MS"/>
          <w:lang w:val="nn-NO"/>
        </w:rPr>
      </w:pPr>
      <w:r w:rsidRPr="00FF428D">
        <w:rPr>
          <w:rFonts w:ascii="Comic Sans MS" w:hAnsi="Comic Sans MS"/>
          <w:i/>
          <w:lang w:val="nn-NO"/>
        </w:rPr>
        <w:t>«Barnehagen skal jamleg vurdera det pedagogiske arbeidet. Vurderinga skal bidra til at barnehagen utviklar seg som pedagogisk verksemd.»</w:t>
      </w:r>
      <w:r w:rsidRPr="00FF428D">
        <w:rPr>
          <w:rFonts w:ascii="Comic Sans MS" w:hAnsi="Comic Sans MS"/>
          <w:i/>
          <w:lang w:val="nn-NO"/>
        </w:rPr>
        <w:br/>
      </w:r>
      <w:r w:rsidRPr="00FF428D">
        <w:rPr>
          <w:rFonts w:ascii="Comic Sans MS" w:hAnsi="Comic Sans MS"/>
          <w:lang w:val="nn-NO"/>
        </w:rPr>
        <w:t>– Rammeplan for barnehagen</w:t>
      </w:r>
    </w:p>
    <w:p w14:paraId="1BD467A4" w14:textId="77777777" w:rsidR="00AD5102" w:rsidRPr="00FF428D" w:rsidRDefault="00AD5102">
      <w:pPr>
        <w:rPr>
          <w:rFonts w:ascii="Comic Sans MS" w:hAnsi="Comic Sans MS"/>
          <w:lang w:val="nn-NO"/>
        </w:rPr>
      </w:pPr>
    </w:p>
    <w:p w14:paraId="05F960E1" w14:textId="04ECB68A" w:rsidR="005979F6" w:rsidRPr="00FF428D" w:rsidRDefault="00970104">
      <w:pPr>
        <w:rPr>
          <w:rFonts w:ascii="Comic Sans MS" w:hAnsi="Comic Sans MS"/>
          <w:lang w:val="nn-NO"/>
        </w:rPr>
      </w:pPr>
      <w:r w:rsidRPr="00FF428D">
        <w:rPr>
          <w:rFonts w:ascii="Comic Sans MS" w:hAnsi="Comic Sans MS"/>
          <w:lang w:val="nn-NO"/>
        </w:rPr>
        <w:t xml:space="preserve">Vurdering er ein naturleg del av det pedagogiske arbeidet i Naustvågen barnehage. Me vurderer for </w:t>
      </w:r>
      <w:r w:rsidR="00254A19" w:rsidRPr="00FF428D">
        <w:rPr>
          <w:rFonts w:ascii="Comic Sans MS" w:hAnsi="Comic Sans MS"/>
          <w:lang w:val="nn-NO"/>
        </w:rPr>
        <w:t xml:space="preserve">å </w:t>
      </w:r>
      <w:r w:rsidRPr="00FF428D">
        <w:rPr>
          <w:rFonts w:ascii="Comic Sans MS" w:hAnsi="Comic Sans MS"/>
          <w:lang w:val="nn-NO"/>
        </w:rPr>
        <w:t>utvikla kvaliteten i tilbodet</w:t>
      </w:r>
      <w:r w:rsidR="00254A19" w:rsidRPr="00FF428D">
        <w:rPr>
          <w:rFonts w:ascii="Comic Sans MS" w:hAnsi="Comic Sans MS"/>
          <w:lang w:val="nn-NO"/>
        </w:rPr>
        <w:t xml:space="preserve"> og g</w:t>
      </w:r>
      <w:r w:rsidRPr="00FF428D">
        <w:rPr>
          <w:rFonts w:ascii="Comic Sans MS" w:hAnsi="Comic Sans MS"/>
          <w:lang w:val="nn-NO"/>
        </w:rPr>
        <w:t>jennom systematisk refleksjon og evaluering får me kunnskap om det me gjer, og om korleis me kan bli endå betre.</w:t>
      </w:r>
    </w:p>
    <w:p w14:paraId="268A3FA0" w14:textId="77777777" w:rsidR="003F37AC" w:rsidRPr="00FF428D" w:rsidRDefault="00970104">
      <w:pPr>
        <w:rPr>
          <w:rFonts w:ascii="Comic Sans MS" w:hAnsi="Comic Sans MS"/>
          <w:b/>
          <w:bCs/>
          <w:lang w:val="nn-NO"/>
        </w:rPr>
      </w:pPr>
      <w:r w:rsidRPr="00FF428D">
        <w:rPr>
          <w:rFonts w:ascii="Comic Sans MS" w:hAnsi="Comic Sans MS"/>
          <w:b/>
          <w:bCs/>
          <w:lang w:val="nn-NO"/>
        </w:rPr>
        <w:t>Kvifor vurderer me arbeidet vårt?</w:t>
      </w:r>
    </w:p>
    <w:p w14:paraId="4E0CD14B" w14:textId="0F17FE7A" w:rsidR="005979F6" w:rsidRPr="00FF428D" w:rsidRDefault="00970104">
      <w:pPr>
        <w:rPr>
          <w:rFonts w:ascii="Comic Sans MS" w:hAnsi="Comic Sans MS"/>
          <w:lang w:val="nn-NO"/>
        </w:rPr>
      </w:pPr>
      <w:r w:rsidRPr="00FF428D">
        <w:rPr>
          <w:rFonts w:ascii="Comic Sans MS" w:hAnsi="Comic Sans MS"/>
          <w:lang w:val="nn-NO"/>
        </w:rPr>
        <w:t>Vurdering skal bidra til at alle barn får eit trygt, inkluderande og utviklande barnehagetilbod. Refleksjon over eigen praksis er ein viktig del av arbeidet med å vera ein lærande organisasjon.</w:t>
      </w:r>
    </w:p>
    <w:p w14:paraId="077CE084" w14:textId="77777777" w:rsidR="00AD5102" w:rsidRPr="00FF428D" w:rsidRDefault="00AD5102">
      <w:pPr>
        <w:rPr>
          <w:rFonts w:ascii="Comic Sans MS" w:hAnsi="Comic Sans MS"/>
          <w:lang w:val="nn-NO"/>
        </w:rPr>
      </w:pPr>
    </w:p>
    <w:p w14:paraId="5CC61B3D" w14:textId="77777777" w:rsidR="005979F6" w:rsidRPr="00FF428D" w:rsidRDefault="00970104">
      <w:pPr>
        <w:rPr>
          <w:rFonts w:ascii="Comic Sans MS" w:hAnsi="Comic Sans MS"/>
          <w:b/>
          <w:bCs/>
          <w:lang w:val="nn-NO"/>
        </w:rPr>
      </w:pPr>
      <w:r w:rsidRPr="00FF428D">
        <w:rPr>
          <w:rFonts w:ascii="Comic Sans MS" w:hAnsi="Comic Sans MS"/>
          <w:b/>
          <w:bCs/>
          <w:lang w:val="nn-NO"/>
        </w:rPr>
        <w:t>Korleis arbeider me med kvalitetsutvikling?</w:t>
      </w:r>
    </w:p>
    <w:p w14:paraId="370FC9B4" w14:textId="635C78B1" w:rsidR="005979F6" w:rsidRPr="00FF428D" w:rsidRDefault="00970104" w:rsidP="004554A3">
      <w:pPr>
        <w:pStyle w:val="Listeavsnitt"/>
        <w:numPr>
          <w:ilvl w:val="0"/>
          <w:numId w:val="10"/>
        </w:numPr>
        <w:rPr>
          <w:rFonts w:ascii="Comic Sans MS" w:hAnsi="Comic Sans MS"/>
          <w:lang w:val="nn-NO"/>
        </w:rPr>
      </w:pPr>
      <w:r w:rsidRPr="00FF428D">
        <w:rPr>
          <w:rFonts w:ascii="Comic Sans MS" w:hAnsi="Comic Sans MS"/>
          <w:lang w:val="nn-NO"/>
        </w:rPr>
        <w:t>pedagogisk dokumentasjon</w:t>
      </w:r>
    </w:p>
    <w:p w14:paraId="73B9D05C" w14:textId="34916CE1" w:rsidR="005979F6" w:rsidRPr="00FF428D" w:rsidRDefault="00970104" w:rsidP="004554A3">
      <w:pPr>
        <w:pStyle w:val="Listeavsnitt"/>
        <w:numPr>
          <w:ilvl w:val="0"/>
          <w:numId w:val="10"/>
        </w:numPr>
        <w:rPr>
          <w:rFonts w:ascii="Comic Sans MS" w:hAnsi="Comic Sans MS"/>
          <w:lang w:val="nn-NO"/>
        </w:rPr>
      </w:pPr>
      <w:r w:rsidRPr="00FF428D">
        <w:rPr>
          <w:rFonts w:ascii="Comic Sans MS" w:hAnsi="Comic Sans MS"/>
          <w:lang w:val="nn-NO"/>
        </w:rPr>
        <w:t>observasjon og refleksjon</w:t>
      </w:r>
    </w:p>
    <w:p w14:paraId="3A7B4EAF" w14:textId="474FF9C7" w:rsidR="005979F6" w:rsidRPr="00FF428D" w:rsidRDefault="00970104" w:rsidP="004554A3">
      <w:pPr>
        <w:pStyle w:val="Listeavsnitt"/>
        <w:numPr>
          <w:ilvl w:val="0"/>
          <w:numId w:val="10"/>
        </w:numPr>
        <w:rPr>
          <w:rFonts w:ascii="Comic Sans MS" w:hAnsi="Comic Sans MS"/>
          <w:lang w:val="nn-NO"/>
        </w:rPr>
      </w:pPr>
      <w:r w:rsidRPr="00FF428D">
        <w:rPr>
          <w:rFonts w:ascii="Comic Sans MS" w:hAnsi="Comic Sans MS"/>
          <w:lang w:val="nn-NO"/>
        </w:rPr>
        <w:t>avdelingsmøte og personalmøte</w:t>
      </w:r>
    </w:p>
    <w:p w14:paraId="278673C1" w14:textId="434BD181" w:rsidR="005979F6" w:rsidRPr="00FF428D" w:rsidRDefault="00970104" w:rsidP="004554A3">
      <w:pPr>
        <w:pStyle w:val="Listeavsnitt"/>
        <w:numPr>
          <w:ilvl w:val="0"/>
          <w:numId w:val="10"/>
        </w:numPr>
        <w:rPr>
          <w:rFonts w:ascii="Comic Sans MS" w:hAnsi="Comic Sans MS"/>
          <w:lang w:val="nn-NO"/>
        </w:rPr>
      </w:pPr>
      <w:r w:rsidRPr="00FF428D">
        <w:rPr>
          <w:rFonts w:ascii="Comic Sans MS" w:hAnsi="Comic Sans MS"/>
          <w:lang w:val="nn-NO"/>
        </w:rPr>
        <w:t>pedagogiske rapportar</w:t>
      </w:r>
    </w:p>
    <w:p w14:paraId="6C138755" w14:textId="27E3E49C" w:rsidR="005979F6" w:rsidRPr="00FF428D" w:rsidRDefault="00970104" w:rsidP="004554A3">
      <w:pPr>
        <w:pStyle w:val="Listeavsnitt"/>
        <w:numPr>
          <w:ilvl w:val="0"/>
          <w:numId w:val="10"/>
        </w:numPr>
        <w:rPr>
          <w:rFonts w:ascii="Comic Sans MS" w:hAnsi="Comic Sans MS"/>
          <w:lang w:val="nn-NO"/>
        </w:rPr>
      </w:pPr>
      <w:r w:rsidRPr="00FF428D">
        <w:rPr>
          <w:rFonts w:ascii="Comic Sans MS" w:hAnsi="Comic Sans MS"/>
          <w:lang w:val="nn-NO"/>
        </w:rPr>
        <w:t>medarbeidarsamtalar og rettleiing</w:t>
      </w:r>
    </w:p>
    <w:p w14:paraId="443BA803" w14:textId="4C4BF49C" w:rsidR="005979F6" w:rsidRPr="00FF428D" w:rsidRDefault="00970104" w:rsidP="004554A3">
      <w:pPr>
        <w:pStyle w:val="Listeavsnitt"/>
        <w:numPr>
          <w:ilvl w:val="0"/>
          <w:numId w:val="10"/>
        </w:numPr>
        <w:rPr>
          <w:rFonts w:ascii="Comic Sans MS" w:hAnsi="Comic Sans MS"/>
          <w:lang w:val="nn-NO"/>
        </w:rPr>
      </w:pPr>
      <w:r w:rsidRPr="00FF428D">
        <w:rPr>
          <w:rFonts w:ascii="Comic Sans MS" w:hAnsi="Comic Sans MS"/>
          <w:lang w:val="nn-NO"/>
        </w:rPr>
        <w:t>foreldresamtalar og foreldreundersøking (</w:t>
      </w:r>
      <w:proofErr w:type="spellStart"/>
      <w:r w:rsidRPr="00FF428D">
        <w:rPr>
          <w:rFonts w:ascii="Comic Sans MS" w:hAnsi="Comic Sans MS"/>
          <w:lang w:val="nn-NO"/>
        </w:rPr>
        <w:t>Udir</w:t>
      </w:r>
      <w:proofErr w:type="spellEnd"/>
      <w:r w:rsidRPr="00FF428D">
        <w:rPr>
          <w:rFonts w:ascii="Comic Sans MS" w:hAnsi="Comic Sans MS"/>
          <w:lang w:val="nn-NO"/>
        </w:rPr>
        <w:t>)</w:t>
      </w:r>
    </w:p>
    <w:p w14:paraId="3FA956BA" w14:textId="3B16F42B" w:rsidR="005979F6" w:rsidRPr="00FF428D" w:rsidRDefault="00970104" w:rsidP="004554A3">
      <w:pPr>
        <w:pStyle w:val="Listeavsnitt"/>
        <w:numPr>
          <w:ilvl w:val="0"/>
          <w:numId w:val="10"/>
        </w:numPr>
        <w:rPr>
          <w:rFonts w:ascii="Comic Sans MS" w:hAnsi="Comic Sans MS"/>
          <w:lang w:val="nn-NO"/>
        </w:rPr>
      </w:pPr>
      <w:r w:rsidRPr="00FF428D">
        <w:rPr>
          <w:rFonts w:ascii="Comic Sans MS" w:hAnsi="Comic Sans MS"/>
          <w:lang w:val="nn-NO"/>
        </w:rPr>
        <w:t>barneintervju og samtalar med barna</w:t>
      </w:r>
    </w:p>
    <w:p w14:paraId="5E70FD07" w14:textId="46557E25" w:rsidR="005979F6" w:rsidRPr="00FF428D" w:rsidRDefault="00970104" w:rsidP="004554A3">
      <w:pPr>
        <w:pStyle w:val="Listeavsnitt"/>
        <w:numPr>
          <w:ilvl w:val="0"/>
          <w:numId w:val="10"/>
        </w:numPr>
        <w:rPr>
          <w:rFonts w:ascii="Comic Sans MS" w:hAnsi="Comic Sans MS"/>
          <w:lang w:val="nn-NO"/>
        </w:rPr>
      </w:pPr>
      <w:r w:rsidRPr="00FF428D">
        <w:rPr>
          <w:rFonts w:ascii="Comic Sans MS" w:hAnsi="Comic Sans MS"/>
          <w:lang w:val="nn-NO"/>
        </w:rPr>
        <w:t>evaluering av prosjekt og tema</w:t>
      </w:r>
    </w:p>
    <w:p w14:paraId="2FA7DF1E" w14:textId="5AC0BAD1" w:rsidR="005979F6" w:rsidRPr="00FF428D" w:rsidRDefault="00970104" w:rsidP="004554A3">
      <w:pPr>
        <w:pStyle w:val="Listeavsnitt"/>
        <w:numPr>
          <w:ilvl w:val="0"/>
          <w:numId w:val="10"/>
        </w:numPr>
        <w:rPr>
          <w:rFonts w:ascii="Comic Sans MS" w:hAnsi="Comic Sans MS"/>
          <w:lang w:val="nn-NO"/>
        </w:rPr>
      </w:pPr>
      <w:r w:rsidRPr="00FF428D">
        <w:rPr>
          <w:rFonts w:ascii="Comic Sans MS" w:hAnsi="Comic Sans MS"/>
          <w:lang w:val="nn-NO"/>
        </w:rPr>
        <w:t>kompetanseheving og fagleg utvikling</w:t>
      </w:r>
    </w:p>
    <w:p w14:paraId="783C37CA" w14:textId="77777777" w:rsidR="00AD5102" w:rsidRPr="00FF428D" w:rsidRDefault="00AD5102" w:rsidP="00AD5102">
      <w:pPr>
        <w:pStyle w:val="Listeavsnitt"/>
        <w:ind w:left="360"/>
        <w:rPr>
          <w:rFonts w:ascii="Comic Sans MS" w:hAnsi="Comic Sans MS"/>
          <w:lang w:val="nn-NO"/>
        </w:rPr>
      </w:pPr>
    </w:p>
    <w:p w14:paraId="5627591D" w14:textId="77777777" w:rsidR="005979F6" w:rsidRPr="00FF428D" w:rsidRDefault="00970104">
      <w:pPr>
        <w:rPr>
          <w:rFonts w:ascii="Comic Sans MS" w:hAnsi="Comic Sans MS"/>
          <w:b/>
          <w:bCs/>
          <w:lang w:val="nn-NO"/>
        </w:rPr>
      </w:pPr>
      <w:r w:rsidRPr="00FF428D">
        <w:rPr>
          <w:rFonts w:ascii="Comic Sans MS" w:hAnsi="Comic Sans MS"/>
          <w:b/>
          <w:bCs/>
          <w:lang w:val="nn-NO"/>
        </w:rPr>
        <w:t>Kven medverkar?</w:t>
      </w:r>
    </w:p>
    <w:p w14:paraId="3E9297DC" w14:textId="77777777" w:rsidR="005979F6" w:rsidRPr="00FF428D" w:rsidRDefault="00970104">
      <w:pPr>
        <w:rPr>
          <w:rFonts w:ascii="Comic Sans MS" w:hAnsi="Comic Sans MS"/>
          <w:lang w:val="nn-NO"/>
        </w:rPr>
      </w:pPr>
      <w:r w:rsidRPr="00FF428D">
        <w:rPr>
          <w:rFonts w:ascii="Comic Sans MS" w:hAnsi="Comic Sans MS"/>
          <w:lang w:val="nn-NO"/>
        </w:rPr>
        <w:t>God kvalitet blir skapt i fellesskap. Barn, foreldre, tilsette og styrar medverkar alle i vurderings- og utviklingsarbeidet gjennom dialog, observasjon, refleksjon og evaluering.</w:t>
      </w:r>
    </w:p>
    <w:p w14:paraId="23F44455" w14:textId="77777777" w:rsidR="00AD5102" w:rsidRPr="00FF428D" w:rsidRDefault="00AD5102">
      <w:pPr>
        <w:rPr>
          <w:rFonts w:ascii="Comic Sans MS" w:hAnsi="Comic Sans MS"/>
          <w:lang w:val="nn-NO"/>
        </w:rPr>
      </w:pPr>
    </w:p>
    <w:p w14:paraId="18D8A319" w14:textId="77777777" w:rsidR="005979F6" w:rsidRPr="00FF428D" w:rsidRDefault="00970104">
      <w:pPr>
        <w:rPr>
          <w:rFonts w:ascii="Comic Sans MS" w:hAnsi="Comic Sans MS"/>
          <w:b/>
          <w:bCs/>
          <w:lang w:val="nn-NO"/>
        </w:rPr>
      </w:pPr>
      <w:r w:rsidRPr="00FF428D">
        <w:rPr>
          <w:rFonts w:ascii="Comic Sans MS" w:hAnsi="Comic Sans MS"/>
          <w:b/>
          <w:bCs/>
          <w:lang w:val="nn-NO"/>
        </w:rPr>
        <w:t>Evalueringsområde 2026–2027</w:t>
      </w:r>
    </w:p>
    <w:p w14:paraId="49F5B732" w14:textId="6D7B8E19" w:rsidR="005979F6" w:rsidRPr="00FF428D" w:rsidRDefault="00970104">
      <w:pPr>
        <w:rPr>
          <w:rFonts w:ascii="Comic Sans MS" w:hAnsi="Comic Sans MS"/>
          <w:lang w:val="nn-NO"/>
        </w:rPr>
      </w:pPr>
      <w:r w:rsidRPr="00FF428D">
        <w:rPr>
          <w:rFonts w:ascii="Comic Sans MS" w:hAnsi="Comic Sans MS"/>
          <w:lang w:val="nn-NO"/>
        </w:rPr>
        <w:t>Dette barnehageåret vil me ha særleg fokus på følgjande område. Det ein</w:t>
      </w:r>
      <w:r w:rsidR="00901A2A" w:rsidRPr="00FF428D">
        <w:rPr>
          <w:rFonts w:ascii="Comic Sans MS" w:hAnsi="Comic Sans MS"/>
          <w:lang w:val="nn-NO"/>
        </w:rPr>
        <w:t>e</w:t>
      </w:r>
      <w:r w:rsidRPr="00FF428D">
        <w:rPr>
          <w:rFonts w:ascii="Comic Sans MS" w:hAnsi="Comic Sans MS"/>
          <w:lang w:val="nn-NO"/>
        </w:rPr>
        <w:t xml:space="preserve"> skal evaluerast før jul og det andre </w:t>
      </w:r>
      <w:r w:rsidR="007A56C8" w:rsidRPr="00FF428D">
        <w:rPr>
          <w:rFonts w:ascii="Comic Sans MS" w:hAnsi="Comic Sans MS"/>
          <w:lang w:val="nn-NO"/>
        </w:rPr>
        <w:t xml:space="preserve">til våren </w:t>
      </w:r>
      <w:r w:rsidRPr="00FF428D">
        <w:rPr>
          <w:rFonts w:ascii="Comic Sans MS" w:hAnsi="Comic Sans MS"/>
          <w:lang w:val="nn-NO"/>
        </w:rPr>
        <w:t>som ein del av barnehagen sitt systematiske kvalitetsarbeid.</w:t>
      </w:r>
    </w:p>
    <w:p w14:paraId="7281CD15" w14:textId="779B9450" w:rsidR="005979F6" w:rsidRPr="00FF428D" w:rsidRDefault="00970104" w:rsidP="00162EED">
      <w:pPr>
        <w:pStyle w:val="Listeavsnitt"/>
        <w:numPr>
          <w:ilvl w:val="0"/>
          <w:numId w:val="11"/>
        </w:numPr>
        <w:rPr>
          <w:rFonts w:ascii="Comic Sans MS" w:hAnsi="Comic Sans MS"/>
          <w:lang w:val="nn-NO"/>
        </w:rPr>
      </w:pPr>
      <w:r w:rsidRPr="00FF428D">
        <w:rPr>
          <w:rFonts w:ascii="Comic Sans MS" w:hAnsi="Comic Sans MS"/>
          <w:lang w:val="nn-NO"/>
        </w:rPr>
        <w:t>Kompetanseheving gjennom samarbeidet med Høgskulen på Vestlandet (</w:t>
      </w:r>
      <w:proofErr w:type="spellStart"/>
      <w:r w:rsidRPr="00FF428D">
        <w:rPr>
          <w:rFonts w:ascii="Comic Sans MS" w:hAnsi="Comic Sans MS"/>
          <w:lang w:val="nn-NO"/>
        </w:rPr>
        <w:t>HVL</w:t>
      </w:r>
      <w:proofErr w:type="spellEnd"/>
      <w:r w:rsidRPr="00FF428D">
        <w:rPr>
          <w:rFonts w:ascii="Comic Sans MS" w:hAnsi="Comic Sans MS"/>
          <w:lang w:val="nn-NO"/>
        </w:rPr>
        <w:t>).</w:t>
      </w:r>
    </w:p>
    <w:p w14:paraId="04A0122B" w14:textId="77777777" w:rsidR="00FE0BD0" w:rsidRPr="00FF428D" w:rsidRDefault="00970104" w:rsidP="00162EED">
      <w:pPr>
        <w:pStyle w:val="Listeavsnitt"/>
        <w:numPr>
          <w:ilvl w:val="0"/>
          <w:numId w:val="11"/>
        </w:numPr>
        <w:rPr>
          <w:rFonts w:ascii="Comic Sans MS" w:hAnsi="Comic Sans MS"/>
          <w:lang w:val="nn-NO"/>
        </w:rPr>
      </w:pPr>
      <w:r w:rsidRPr="00FF428D">
        <w:rPr>
          <w:rFonts w:ascii="Comic Sans MS" w:hAnsi="Comic Sans MS"/>
          <w:lang w:val="nn-NO"/>
        </w:rPr>
        <w:t>Psykologisk tryggleik og refleksjon over eigen praksis.</w:t>
      </w:r>
      <w:r w:rsidR="00FE0BD0" w:rsidRPr="00FF428D">
        <w:rPr>
          <w:lang w:val="nn-NO"/>
        </w:rPr>
        <w:t xml:space="preserve"> </w:t>
      </w:r>
    </w:p>
    <w:p w14:paraId="030B5FD2" w14:textId="77777777" w:rsidR="00FE0BD0" w:rsidRPr="00FF428D" w:rsidRDefault="00FE0BD0" w:rsidP="00FE0BD0">
      <w:pPr>
        <w:ind w:left="360"/>
        <w:rPr>
          <w:rFonts w:ascii="Comic Sans MS" w:hAnsi="Comic Sans MS"/>
          <w:lang w:val="nn-NO"/>
        </w:rPr>
      </w:pPr>
    </w:p>
    <w:p w14:paraId="34603317" w14:textId="77777777" w:rsidR="00FE0BD0" w:rsidRPr="00FF428D" w:rsidRDefault="00FE0BD0" w:rsidP="00FE0BD0">
      <w:pPr>
        <w:pStyle w:val="Listeavsnitt"/>
        <w:rPr>
          <w:rFonts w:ascii="Comic Sans MS" w:hAnsi="Comic Sans MS"/>
          <w:lang w:val="nn-NO"/>
        </w:rPr>
      </w:pPr>
    </w:p>
    <w:p w14:paraId="78A58940" w14:textId="6667BA3A" w:rsidR="005979F6" w:rsidRPr="00FF428D" w:rsidRDefault="00FE0BD0" w:rsidP="00FE0BD0">
      <w:pPr>
        <w:ind w:left="360"/>
        <w:jc w:val="center"/>
        <w:rPr>
          <w:rFonts w:ascii="Comic Sans MS" w:hAnsi="Comic Sans MS"/>
          <w:lang w:val="nn-NO"/>
        </w:rPr>
      </w:pPr>
      <w:r w:rsidRPr="00FF428D">
        <w:rPr>
          <w:lang w:val="nn-NO"/>
        </w:rPr>
        <w:fldChar w:fldCharType="begin"/>
      </w:r>
      <w:r w:rsidRPr="00FF428D">
        <w:rPr>
          <w:lang w:val="nn-NO"/>
        </w:rPr>
        <w:instrText xml:space="preserve"> INCLUDEPICTURE "/Users/monavaage/Library/Group Containers/UBF8T346G9.ms/WebArchiveCopyPasteTempFiles/com.microsoft.Word/?id=3f1d19c3-a2b4-4f3c-8939-950fb7369e97.jpeg&amp;token=ZDI3ZjUyNTgtOTkyNC00ZmM1LTkzZGItMjAyNmRkMmM5ZWQ5MTE0MDE1MTQxOTYzODI4ODE1ODk4MzIzNDI2OA==&amp;size=f1440x1440" \* MERGEFORMATINET </w:instrText>
      </w:r>
      <w:r w:rsidRPr="00FF428D">
        <w:rPr>
          <w:lang w:val="nn-NO"/>
        </w:rPr>
        <w:fldChar w:fldCharType="separate"/>
      </w:r>
      <w:r w:rsidRPr="00FF428D">
        <w:rPr>
          <w:noProof/>
          <w:lang w:val="nn-NO"/>
        </w:rPr>
        <w:drawing>
          <wp:inline distT="0" distB="0" distL="0" distR="0" wp14:anchorId="5CADDBB3" wp14:editId="0C5BF026">
            <wp:extent cx="4377267" cy="5836354"/>
            <wp:effectExtent l="0" t="0" r="4445" b="5715"/>
            <wp:docPr id="47151743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22576" cy="5896766"/>
                    </a:xfrm>
                    <a:prstGeom prst="rect">
                      <a:avLst/>
                    </a:prstGeom>
                    <a:ln>
                      <a:noFill/>
                    </a:ln>
                    <a:effectLst>
                      <a:softEdge rad="112500"/>
                    </a:effectLst>
                  </pic:spPr>
                </pic:pic>
              </a:graphicData>
            </a:graphic>
          </wp:inline>
        </w:drawing>
      </w:r>
      <w:r w:rsidRPr="00FF428D">
        <w:rPr>
          <w:lang w:val="nn-NO"/>
        </w:rPr>
        <w:fldChar w:fldCharType="end"/>
      </w:r>
    </w:p>
    <w:p w14:paraId="0BE51FF6" w14:textId="77777777" w:rsidR="00021255" w:rsidRPr="00FF428D" w:rsidRDefault="00021255">
      <w:pPr>
        <w:rPr>
          <w:rFonts w:ascii="Comic Sans MS" w:eastAsiaTheme="majorEastAsia" w:hAnsi="Comic Sans MS" w:cstheme="majorBidi"/>
          <w:b/>
          <w:bCs/>
          <w:color w:val="4F81BD" w:themeColor="accent1"/>
          <w:sz w:val="26"/>
          <w:szCs w:val="26"/>
          <w:lang w:val="nn-NO"/>
        </w:rPr>
      </w:pPr>
      <w:r w:rsidRPr="00FF428D">
        <w:rPr>
          <w:rFonts w:ascii="Comic Sans MS" w:hAnsi="Comic Sans MS"/>
          <w:lang w:val="nn-NO"/>
        </w:rPr>
        <w:br w:type="page"/>
      </w:r>
    </w:p>
    <w:p w14:paraId="018F4860" w14:textId="6E078CCD" w:rsidR="005979F6" w:rsidRPr="00FF428D" w:rsidRDefault="00970104" w:rsidP="00A50276">
      <w:pPr>
        <w:pStyle w:val="Overskrift2"/>
        <w:rPr>
          <w:rFonts w:ascii="Comic Sans MS" w:hAnsi="Comic Sans MS"/>
          <w:lang w:val="nn-NO"/>
        </w:rPr>
      </w:pPr>
      <w:bookmarkStart w:id="16" w:name="_Toc238461418"/>
      <w:r w:rsidRPr="00FF428D">
        <w:rPr>
          <w:rFonts w:ascii="Comic Sans MS" w:hAnsi="Comic Sans MS"/>
          <w:lang w:val="nn-NO"/>
        </w:rPr>
        <w:lastRenderedPageBreak/>
        <w:t>Digitale verktøy</w:t>
      </w:r>
      <w:bookmarkEnd w:id="16"/>
    </w:p>
    <w:p w14:paraId="6290C9CD" w14:textId="77777777" w:rsidR="0038736D" w:rsidRPr="00FF428D" w:rsidRDefault="0038736D" w:rsidP="0038736D">
      <w:pPr>
        <w:rPr>
          <w:lang w:val="nn-NO"/>
        </w:rPr>
      </w:pPr>
    </w:p>
    <w:p w14:paraId="70D8428B" w14:textId="77777777" w:rsidR="005979F6" w:rsidRPr="00FF428D" w:rsidRDefault="00970104">
      <w:pPr>
        <w:rPr>
          <w:rFonts w:ascii="Comic Sans MS" w:hAnsi="Comic Sans MS"/>
          <w:lang w:val="nn-NO"/>
        </w:rPr>
      </w:pPr>
      <w:r w:rsidRPr="00FF428D">
        <w:rPr>
          <w:rFonts w:ascii="Comic Sans MS" w:hAnsi="Comic Sans MS"/>
          <w:i/>
          <w:lang w:val="nn-NO"/>
        </w:rPr>
        <w:t>«Den digitale praksisen til barnehagen skal bidra til leik, kreativitet og læring. Bruk av digitale verktøy i det pedagogiske arbeidet skal støtte opp om barna sine læreprosessar og bidra til å oppfylle rammeplanen sine føringar for eit rikt og allsidig læringsmiljø for alle barn.»</w:t>
      </w:r>
      <w:r w:rsidRPr="00FF428D">
        <w:rPr>
          <w:rFonts w:ascii="Comic Sans MS" w:hAnsi="Comic Sans MS"/>
          <w:i/>
          <w:lang w:val="nn-NO"/>
        </w:rPr>
        <w:br/>
      </w:r>
      <w:r w:rsidRPr="00FF428D">
        <w:rPr>
          <w:rFonts w:ascii="Comic Sans MS" w:hAnsi="Comic Sans MS"/>
          <w:lang w:val="nn-NO"/>
        </w:rPr>
        <w:t>– Rammeplan for barnehagen</w:t>
      </w:r>
    </w:p>
    <w:p w14:paraId="0B08F9CA" w14:textId="77777777" w:rsidR="00AD5102" w:rsidRPr="00FF428D" w:rsidRDefault="00AD5102">
      <w:pPr>
        <w:rPr>
          <w:rFonts w:ascii="Comic Sans MS" w:hAnsi="Comic Sans MS"/>
          <w:lang w:val="nn-NO"/>
        </w:rPr>
      </w:pPr>
    </w:p>
    <w:p w14:paraId="337DCD21" w14:textId="1F913564" w:rsidR="005979F6" w:rsidRPr="00FF428D" w:rsidRDefault="00970104">
      <w:pPr>
        <w:rPr>
          <w:rFonts w:ascii="Comic Sans MS" w:hAnsi="Comic Sans MS"/>
          <w:lang w:val="nn-NO"/>
        </w:rPr>
      </w:pPr>
      <w:r w:rsidRPr="00FF428D">
        <w:rPr>
          <w:rFonts w:ascii="Comic Sans MS" w:hAnsi="Comic Sans MS"/>
          <w:lang w:val="nn-NO"/>
        </w:rPr>
        <w:t xml:space="preserve">I Naustvågen barnehage </w:t>
      </w:r>
      <w:r w:rsidR="00682E89" w:rsidRPr="00FF428D">
        <w:rPr>
          <w:rFonts w:ascii="Comic Sans MS" w:hAnsi="Comic Sans MS"/>
          <w:lang w:val="nn-NO"/>
        </w:rPr>
        <w:t>y</w:t>
      </w:r>
      <w:r w:rsidRPr="00FF428D">
        <w:rPr>
          <w:rFonts w:ascii="Comic Sans MS" w:hAnsi="Comic Sans MS"/>
          <w:lang w:val="nn-NO"/>
        </w:rPr>
        <w:t>nskjer me at digitale verktøy skal vera eit naturleg supplement i det pedagogiske arbeidet. Digitale verktøy skal aldri erstatta leik, fysisk aktivitet, gode relasjonar eller opplevingar i naturen, men vera eit verktøy som støttar barna si undring, kreativitet, læring og utforsking.</w:t>
      </w:r>
    </w:p>
    <w:p w14:paraId="7C3328F3" w14:textId="77777777" w:rsidR="005979F6" w:rsidRPr="00FF428D" w:rsidRDefault="00970104">
      <w:pPr>
        <w:rPr>
          <w:rFonts w:ascii="Comic Sans MS" w:hAnsi="Comic Sans MS"/>
          <w:lang w:val="nn-NO"/>
        </w:rPr>
      </w:pPr>
      <w:r w:rsidRPr="00FF428D">
        <w:rPr>
          <w:rFonts w:ascii="Comic Sans MS" w:hAnsi="Comic Sans MS"/>
          <w:lang w:val="nn-NO"/>
        </w:rPr>
        <w:t>Kvar avdeling har tilgang til mobiltelefon, PC, iPad og lyd- og musikkutstyr. Barnehagen har også skjerm og digital projektor som kan nyttast i det pedagogiske arbeidet når det gir meirverdi for barna.</w:t>
      </w:r>
    </w:p>
    <w:p w14:paraId="6B74A2DA" w14:textId="77777777" w:rsidR="00AD5102" w:rsidRPr="00FF428D" w:rsidRDefault="00AD5102">
      <w:pPr>
        <w:rPr>
          <w:rFonts w:ascii="Comic Sans MS" w:hAnsi="Comic Sans MS"/>
          <w:lang w:val="nn-NO"/>
        </w:rPr>
      </w:pPr>
    </w:p>
    <w:p w14:paraId="51B6FACC" w14:textId="77777777" w:rsidR="005979F6" w:rsidRPr="00FF428D" w:rsidRDefault="00970104">
      <w:pPr>
        <w:rPr>
          <w:rFonts w:ascii="Comic Sans MS" w:hAnsi="Comic Sans MS"/>
          <w:b/>
          <w:bCs/>
          <w:lang w:val="nn-NO"/>
        </w:rPr>
      </w:pPr>
      <w:r w:rsidRPr="00FF428D">
        <w:rPr>
          <w:rFonts w:ascii="Comic Sans MS" w:hAnsi="Comic Sans MS"/>
          <w:b/>
          <w:bCs/>
          <w:lang w:val="nn-NO"/>
        </w:rPr>
        <w:t>Slik arbeider me med digitale verktøy</w:t>
      </w:r>
    </w:p>
    <w:p w14:paraId="73C03C26" w14:textId="5C816EEC" w:rsidR="005979F6" w:rsidRPr="00FF428D" w:rsidRDefault="00970104" w:rsidP="00A50276">
      <w:pPr>
        <w:pStyle w:val="Listeavsnitt"/>
        <w:numPr>
          <w:ilvl w:val="0"/>
          <w:numId w:val="10"/>
        </w:numPr>
        <w:rPr>
          <w:rFonts w:ascii="Comic Sans MS" w:hAnsi="Comic Sans MS"/>
          <w:lang w:val="nn-NO"/>
        </w:rPr>
      </w:pPr>
      <w:r w:rsidRPr="00FF428D">
        <w:rPr>
          <w:rFonts w:ascii="Comic Sans MS" w:hAnsi="Comic Sans MS"/>
          <w:lang w:val="nn-NO"/>
        </w:rPr>
        <w:t>Me nyttar digitale verktøy som støtte i barna sine læreprosessar.</w:t>
      </w:r>
    </w:p>
    <w:p w14:paraId="30D0680E" w14:textId="4744BEEC" w:rsidR="005979F6" w:rsidRPr="00FF428D" w:rsidRDefault="00970104" w:rsidP="00A50276">
      <w:pPr>
        <w:pStyle w:val="Listeavsnitt"/>
        <w:numPr>
          <w:ilvl w:val="0"/>
          <w:numId w:val="10"/>
        </w:numPr>
        <w:rPr>
          <w:rFonts w:ascii="Comic Sans MS" w:hAnsi="Comic Sans MS"/>
          <w:lang w:val="nn-NO"/>
        </w:rPr>
      </w:pPr>
      <w:r w:rsidRPr="00FF428D">
        <w:rPr>
          <w:rFonts w:ascii="Comic Sans MS" w:hAnsi="Comic Sans MS"/>
          <w:lang w:val="nn-NO"/>
        </w:rPr>
        <w:t>Me søkjer saman med barna etter informasjon når dei undrar seg over noko.</w:t>
      </w:r>
    </w:p>
    <w:p w14:paraId="4634AA71" w14:textId="439F09A3" w:rsidR="005979F6" w:rsidRPr="00FF428D" w:rsidRDefault="00970104" w:rsidP="00A50276">
      <w:pPr>
        <w:pStyle w:val="Listeavsnitt"/>
        <w:numPr>
          <w:ilvl w:val="0"/>
          <w:numId w:val="10"/>
        </w:numPr>
        <w:rPr>
          <w:rFonts w:ascii="Comic Sans MS" w:hAnsi="Comic Sans MS"/>
          <w:lang w:val="nn-NO"/>
        </w:rPr>
      </w:pPr>
      <w:r w:rsidRPr="00FF428D">
        <w:rPr>
          <w:rFonts w:ascii="Comic Sans MS" w:hAnsi="Comic Sans MS"/>
          <w:lang w:val="nn-NO"/>
        </w:rPr>
        <w:t>Me ser på bilete og dokumenterer opplevingar for å skapa felles refleksjon og gode samtalar.</w:t>
      </w:r>
    </w:p>
    <w:p w14:paraId="368C4A03" w14:textId="2968E77B" w:rsidR="005979F6" w:rsidRPr="00FF428D" w:rsidRDefault="00970104" w:rsidP="00A50276">
      <w:pPr>
        <w:pStyle w:val="Listeavsnitt"/>
        <w:numPr>
          <w:ilvl w:val="0"/>
          <w:numId w:val="10"/>
        </w:numPr>
        <w:rPr>
          <w:rFonts w:ascii="Comic Sans MS" w:hAnsi="Comic Sans MS"/>
          <w:lang w:val="nn-NO"/>
        </w:rPr>
      </w:pPr>
      <w:r w:rsidRPr="00FF428D">
        <w:rPr>
          <w:rFonts w:ascii="Comic Sans MS" w:hAnsi="Comic Sans MS"/>
          <w:lang w:val="nn-NO"/>
        </w:rPr>
        <w:t>Me nyttar e-bøker, ASK-bøker og andre digitale ressursar som støttar språk- og kommunikasjonsutvikling.</w:t>
      </w:r>
    </w:p>
    <w:p w14:paraId="02800FE2" w14:textId="7069E447" w:rsidR="005979F6" w:rsidRPr="00FF428D" w:rsidRDefault="00970104" w:rsidP="00847A36">
      <w:pPr>
        <w:pStyle w:val="Listeavsnitt"/>
        <w:numPr>
          <w:ilvl w:val="0"/>
          <w:numId w:val="10"/>
        </w:numPr>
        <w:rPr>
          <w:rFonts w:ascii="Comic Sans MS" w:hAnsi="Comic Sans MS"/>
          <w:lang w:val="nn-NO"/>
        </w:rPr>
      </w:pPr>
      <w:r w:rsidRPr="00FF428D">
        <w:rPr>
          <w:rFonts w:ascii="Comic Sans MS" w:hAnsi="Comic Sans MS"/>
          <w:lang w:val="nn-NO"/>
        </w:rPr>
        <w:t>Me bruker digitale verktøy med omtanke</w:t>
      </w:r>
      <w:r w:rsidR="00847A36" w:rsidRPr="00FF428D">
        <w:rPr>
          <w:rFonts w:ascii="Comic Sans MS" w:hAnsi="Comic Sans MS"/>
          <w:lang w:val="nn-NO"/>
        </w:rPr>
        <w:t xml:space="preserve"> og </w:t>
      </w:r>
      <w:r w:rsidRPr="00FF428D">
        <w:rPr>
          <w:rFonts w:ascii="Comic Sans MS" w:hAnsi="Comic Sans MS"/>
          <w:lang w:val="nn-NO"/>
        </w:rPr>
        <w:t>vurderer alltid om digitale verktøy tilfører aktiviteten ein pedagogisk verdi.</w:t>
      </w:r>
    </w:p>
    <w:p w14:paraId="15ADA092" w14:textId="77777777" w:rsidR="00AD5102" w:rsidRPr="00FF428D" w:rsidRDefault="00AD5102" w:rsidP="006506A7">
      <w:pPr>
        <w:pStyle w:val="Listeavsnitt"/>
        <w:ind w:left="360"/>
        <w:rPr>
          <w:rFonts w:ascii="Comic Sans MS" w:hAnsi="Comic Sans MS"/>
          <w:lang w:val="nn-NO"/>
        </w:rPr>
      </w:pPr>
    </w:p>
    <w:p w14:paraId="05EDF8E4" w14:textId="77777777" w:rsidR="005979F6" w:rsidRPr="00FF428D" w:rsidRDefault="00970104">
      <w:pPr>
        <w:rPr>
          <w:rFonts w:ascii="Comic Sans MS" w:hAnsi="Comic Sans MS"/>
          <w:b/>
          <w:bCs/>
          <w:lang w:val="nn-NO"/>
        </w:rPr>
      </w:pPr>
      <w:r w:rsidRPr="00FF428D">
        <w:rPr>
          <w:rFonts w:ascii="Comic Sans MS" w:hAnsi="Comic Sans MS"/>
          <w:b/>
          <w:bCs/>
          <w:lang w:val="nn-NO"/>
        </w:rPr>
        <w:t>Vårt mål</w:t>
      </w:r>
    </w:p>
    <w:p w14:paraId="1572079E" w14:textId="20D03C0F" w:rsidR="005979F6" w:rsidRPr="00FF428D" w:rsidRDefault="00970104">
      <w:pPr>
        <w:rPr>
          <w:rFonts w:ascii="Comic Sans MS" w:hAnsi="Comic Sans MS"/>
          <w:lang w:val="nn-NO"/>
        </w:rPr>
      </w:pPr>
      <w:r w:rsidRPr="00FF428D">
        <w:rPr>
          <w:rFonts w:ascii="Comic Sans MS" w:hAnsi="Comic Sans MS"/>
          <w:lang w:val="nn-NO"/>
        </w:rPr>
        <w:t xml:space="preserve">Me </w:t>
      </w:r>
      <w:r w:rsidR="00D676F3" w:rsidRPr="00FF428D">
        <w:rPr>
          <w:rFonts w:ascii="Comic Sans MS" w:hAnsi="Comic Sans MS"/>
          <w:lang w:val="nn-NO"/>
        </w:rPr>
        <w:t>y</w:t>
      </w:r>
      <w:r w:rsidRPr="00FF428D">
        <w:rPr>
          <w:rFonts w:ascii="Comic Sans MS" w:hAnsi="Comic Sans MS"/>
          <w:lang w:val="nn-NO"/>
        </w:rPr>
        <w:t>nskjer at barna skal møta digitale verktøy på ein trygg, kreativ og meiningsfull måte. Gjennom utforsking saman med engasjerte vaksne skal barna få erfaringar som stimulerer nysgjerrigheit, språk, kreativitet og kritisk tenking. Digitale verktøy skal vera eit supplement til det rike læringsmiljøet i barnehagen – aldri ein erstatning for leik, relasjonar og varierte opplevingar.</w:t>
      </w:r>
    </w:p>
    <w:p w14:paraId="529AF920" w14:textId="01B4D294" w:rsidR="005979F6" w:rsidRPr="00FF428D" w:rsidRDefault="00FE19DB" w:rsidP="0049195D">
      <w:pPr>
        <w:pStyle w:val="Overskrift2"/>
        <w:rPr>
          <w:rFonts w:ascii="Comic Sans MS" w:hAnsi="Comic Sans MS"/>
          <w:lang w:val="nn-NO"/>
        </w:rPr>
      </w:pPr>
      <w:r w:rsidRPr="00FF428D">
        <w:rPr>
          <w:lang w:val="nn-NO"/>
        </w:rPr>
        <w:br w:type="page"/>
      </w:r>
      <w:bookmarkStart w:id="17" w:name="_Toc238461419"/>
      <w:r w:rsidRPr="00FF428D">
        <w:rPr>
          <w:rFonts w:ascii="Comic Sans MS" w:hAnsi="Comic Sans MS"/>
          <w:lang w:val="nn-NO"/>
        </w:rPr>
        <w:lastRenderedPageBreak/>
        <w:t>Årshjul</w:t>
      </w:r>
      <w:bookmarkEnd w:id="17"/>
    </w:p>
    <w:p w14:paraId="3155421B" w14:textId="77777777" w:rsidR="0038736D" w:rsidRPr="00FF428D" w:rsidRDefault="0038736D" w:rsidP="0038736D">
      <w:pPr>
        <w:rPr>
          <w:rFonts w:eastAsiaTheme="majorEastAsia"/>
          <w:lang w:val="nn-NO"/>
        </w:rPr>
      </w:pPr>
    </w:p>
    <w:p w14:paraId="1E542F2F" w14:textId="77777777" w:rsidR="005979F6" w:rsidRPr="00FF428D" w:rsidRDefault="00970104">
      <w:pPr>
        <w:rPr>
          <w:rFonts w:ascii="Comic Sans MS" w:hAnsi="Comic Sans MS"/>
          <w:lang w:val="nn-NO"/>
        </w:rPr>
      </w:pPr>
      <w:r w:rsidRPr="00FF428D">
        <w:rPr>
          <w:rFonts w:ascii="Comic Sans MS" w:hAnsi="Comic Sans MS"/>
          <w:lang w:val="nn-NO"/>
        </w:rPr>
        <w:t>I løpet av barnehageåret arbeider me med alle dei sju fagområda i Rammeplan for barnehagen. Arbeidet skjer gjennom leik, kvardagsaktivitetar, prosjekt, tradisjonar, turar og spontane opplevingar. Barna sine interesser, alder og modning er utgangspunktet for planlegginga, og barn si medverknad står sentralt.</w:t>
      </w:r>
    </w:p>
    <w:p w14:paraId="2D1AFDA0" w14:textId="77777777" w:rsidR="00AD5102" w:rsidRPr="00FF428D" w:rsidRDefault="00AD5102">
      <w:pPr>
        <w:rPr>
          <w:rFonts w:ascii="Comic Sans MS" w:hAnsi="Comic Sans MS"/>
          <w:lang w:val="nn-NO"/>
        </w:rPr>
      </w:pPr>
    </w:p>
    <w:p w14:paraId="1EA2E51C" w14:textId="77777777" w:rsidR="005979F6" w:rsidRPr="00FF428D" w:rsidRDefault="00970104">
      <w:pPr>
        <w:rPr>
          <w:rFonts w:ascii="Comic Sans MS" w:hAnsi="Comic Sans MS"/>
          <w:b/>
          <w:bCs/>
          <w:lang w:val="nn-NO"/>
        </w:rPr>
      </w:pPr>
      <w:r w:rsidRPr="00FF428D">
        <w:rPr>
          <w:rFonts w:ascii="Comic Sans MS" w:hAnsi="Comic Sans MS"/>
          <w:b/>
          <w:bCs/>
          <w:lang w:val="nn-NO"/>
        </w:rPr>
        <w:t>Fagområda</w:t>
      </w:r>
    </w:p>
    <w:p w14:paraId="6A3C1E23" w14:textId="77777777" w:rsidR="005979F6" w:rsidRPr="00FF428D" w:rsidRDefault="00970104">
      <w:pPr>
        <w:rPr>
          <w:rFonts w:ascii="Comic Sans MS" w:hAnsi="Comic Sans MS"/>
          <w:lang w:val="nn-NO"/>
        </w:rPr>
      </w:pPr>
      <w:r w:rsidRPr="00FF428D">
        <w:rPr>
          <w:rFonts w:ascii="Comic Sans MS" w:hAnsi="Comic Sans MS"/>
          <w:lang w:val="nn-NO"/>
        </w:rPr>
        <w:t>Kommunikasjon, språk og tekst</w:t>
      </w:r>
    </w:p>
    <w:p w14:paraId="1F5D230C" w14:textId="77777777" w:rsidR="005979F6" w:rsidRPr="00FF428D" w:rsidRDefault="00970104">
      <w:pPr>
        <w:rPr>
          <w:rFonts w:ascii="Comic Sans MS" w:hAnsi="Comic Sans MS"/>
          <w:lang w:val="nn-NO"/>
        </w:rPr>
      </w:pPr>
      <w:r w:rsidRPr="00FF428D">
        <w:rPr>
          <w:rFonts w:ascii="Comic Sans MS" w:hAnsi="Comic Sans MS"/>
          <w:lang w:val="nn-NO"/>
        </w:rPr>
        <w:t>Kropp, rørsle, mat og helse</w:t>
      </w:r>
    </w:p>
    <w:p w14:paraId="53164046" w14:textId="77777777" w:rsidR="005979F6" w:rsidRPr="00FF428D" w:rsidRDefault="00970104">
      <w:pPr>
        <w:rPr>
          <w:rFonts w:ascii="Comic Sans MS" w:hAnsi="Comic Sans MS"/>
          <w:lang w:val="nn-NO"/>
        </w:rPr>
      </w:pPr>
      <w:r w:rsidRPr="00FF428D">
        <w:rPr>
          <w:rFonts w:ascii="Comic Sans MS" w:hAnsi="Comic Sans MS"/>
          <w:lang w:val="nn-NO"/>
        </w:rPr>
        <w:t>Kunst, kultur og kreativitet</w:t>
      </w:r>
    </w:p>
    <w:p w14:paraId="17ACB11F" w14:textId="77777777" w:rsidR="005979F6" w:rsidRPr="00FF428D" w:rsidRDefault="00970104">
      <w:pPr>
        <w:rPr>
          <w:rFonts w:ascii="Comic Sans MS" w:hAnsi="Comic Sans MS"/>
          <w:lang w:val="nn-NO"/>
        </w:rPr>
      </w:pPr>
      <w:r w:rsidRPr="00FF428D">
        <w:rPr>
          <w:rFonts w:ascii="Comic Sans MS" w:hAnsi="Comic Sans MS"/>
          <w:lang w:val="nn-NO"/>
        </w:rPr>
        <w:t>Natur, miljø og teknologi</w:t>
      </w:r>
    </w:p>
    <w:p w14:paraId="5713B71F" w14:textId="77777777" w:rsidR="005979F6" w:rsidRPr="00FF428D" w:rsidRDefault="00970104">
      <w:pPr>
        <w:rPr>
          <w:rFonts w:ascii="Comic Sans MS" w:hAnsi="Comic Sans MS"/>
          <w:lang w:val="nn-NO"/>
        </w:rPr>
      </w:pPr>
      <w:r w:rsidRPr="00FF428D">
        <w:rPr>
          <w:rFonts w:ascii="Comic Sans MS" w:hAnsi="Comic Sans MS"/>
          <w:lang w:val="nn-NO"/>
        </w:rPr>
        <w:t>Tal, rom og form</w:t>
      </w:r>
    </w:p>
    <w:p w14:paraId="2A64F754" w14:textId="77777777" w:rsidR="005979F6" w:rsidRPr="00FF428D" w:rsidRDefault="00970104">
      <w:pPr>
        <w:rPr>
          <w:rFonts w:ascii="Comic Sans MS" w:hAnsi="Comic Sans MS"/>
          <w:lang w:val="nn-NO"/>
        </w:rPr>
      </w:pPr>
      <w:r w:rsidRPr="00FF428D">
        <w:rPr>
          <w:rFonts w:ascii="Comic Sans MS" w:hAnsi="Comic Sans MS"/>
          <w:lang w:val="nn-NO"/>
        </w:rPr>
        <w:t>Etikk, religion og filosofi</w:t>
      </w:r>
    </w:p>
    <w:p w14:paraId="7E712DE6" w14:textId="77777777" w:rsidR="005979F6" w:rsidRPr="00FF428D" w:rsidRDefault="00970104">
      <w:pPr>
        <w:rPr>
          <w:rFonts w:ascii="Comic Sans MS" w:hAnsi="Comic Sans MS"/>
          <w:lang w:val="nn-NO"/>
        </w:rPr>
      </w:pPr>
      <w:r w:rsidRPr="00FF428D">
        <w:rPr>
          <w:rFonts w:ascii="Comic Sans MS" w:hAnsi="Comic Sans MS"/>
          <w:lang w:val="nn-NO"/>
        </w:rPr>
        <w:t>Nærmiljø og samfunn</w:t>
      </w:r>
    </w:p>
    <w:p w14:paraId="08CCE22F" w14:textId="77777777" w:rsidR="00AD5102" w:rsidRPr="00FF428D" w:rsidRDefault="00AD5102">
      <w:pPr>
        <w:rPr>
          <w:rFonts w:ascii="Comic Sans MS" w:hAnsi="Comic Sans MS"/>
          <w:lang w:val="nn-NO"/>
        </w:rPr>
      </w:pPr>
    </w:p>
    <w:p w14:paraId="56FACF55" w14:textId="77777777" w:rsidR="005979F6" w:rsidRPr="00FF428D" w:rsidRDefault="00970104">
      <w:pPr>
        <w:rPr>
          <w:rFonts w:ascii="Comic Sans MS" w:hAnsi="Comic Sans MS"/>
          <w:b/>
          <w:bCs/>
          <w:lang w:val="nn-NO"/>
        </w:rPr>
      </w:pPr>
      <w:r w:rsidRPr="00FF428D">
        <w:rPr>
          <w:rFonts w:ascii="Comic Sans MS" w:hAnsi="Comic Sans MS"/>
          <w:b/>
          <w:bCs/>
          <w:lang w:val="nn-NO"/>
        </w:rPr>
        <w:t>Årshjulet vårt</w:t>
      </w:r>
    </w:p>
    <w:p w14:paraId="6EF0D69A" w14:textId="77777777" w:rsidR="005979F6" w:rsidRPr="00FF428D" w:rsidRDefault="00970104">
      <w:pPr>
        <w:rPr>
          <w:rFonts w:ascii="Comic Sans MS" w:hAnsi="Comic Sans MS"/>
          <w:lang w:val="nn-NO"/>
        </w:rPr>
      </w:pPr>
      <w:r w:rsidRPr="00FF428D">
        <w:rPr>
          <w:rFonts w:ascii="Comic Sans MS" w:hAnsi="Comic Sans MS"/>
          <w:lang w:val="nn-NO"/>
        </w:rPr>
        <w:t>Årshjulet (kalenderen vår) gir oversikt over dei viktigaste aktivitetane, tradisjonane og møteplassane gjennom året. Kalenderen vert delt ut ved starten av barnehageåret. Årshjulet er eit arbeidsverktøy og kan justerast dersom barna sine interesser eller prosjekt tilseier det.</w:t>
      </w:r>
    </w:p>
    <w:p w14:paraId="271D0336" w14:textId="77777777" w:rsidR="00AD5102" w:rsidRPr="00FF428D" w:rsidRDefault="00AD5102">
      <w:pPr>
        <w:rPr>
          <w:rFonts w:ascii="Comic Sans MS" w:hAnsi="Comic Sans MS"/>
          <w:lang w:val="nn-NO"/>
        </w:rPr>
      </w:pPr>
    </w:p>
    <w:p w14:paraId="2865D346" w14:textId="77777777" w:rsidR="005979F6" w:rsidRPr="00FF428D" w:rsidRDefault="00970104">
      <w:pPr>
        <w:rPr>
          <w:rFonts w:ascii="Comic Sans MS" w:hAnsi="Comic Sans MS"/>
          <w:b/>
          <w:bCs/>
          <w:lang w:val="nn-NO"/>
        </w:rPr>
      </w:pPr>
      <w:r w:rsidRPr="00FF428D">
        <w:rPr>
          <w:rFonts w:ascii="Comic Sans MS" w:hAnsi="Comic Sans MS"/>
          <w:b/>
          <w:bCs/>
          <w:lang w:val="nn-NO"/>
        </w:rPr>
        <w:t>Progresjon – Kroppen vår, grenser og eit trygt barnehagemiljø</w:t>
      </w:r>
    </w:p>
    <w:p w14:paraId="6566EBAF" w14:textId="77777777" w:rsidR="005979F6" w:rsidRPr="00FF428D" w:rsidRDefault="00970104">
      <w:pPr>
        <w:rPr>
          <w:rFonts w:ascii="Comic Sans MS" w:hAnsi="Comic Sans MS"/>
          <w:lang w:val="nn-NO"/>
        </w:rPr>
      </w:pPr>
      <w:r w:rsidRPr="00FF428D">
        <w:rPr>
          <w:rFonts w:ascii="Comic Sans MS" w:hAnsi="Comic Sans MS"/>
          <w:lang w:val="nn-NO"/>
        </w:rPr>
        <w:t>Kvart barnehageår arbeider me systematisk med tema knytt til kroppen, kjensler, grenser og retten til eit trygt barnehagemiljø. Arbeidet er tilpassa barna sin alder og modning og byggjer på Rammeplanen og barnehagelova.</w:t>
      </w:r>
    </w:p>
    <w:p w14:paraId="66CCB83B" w14:textId="77777777" w:rsidR="00AD5102" w:rsidRPr="00FF428D" w:rsidRDefault="00AD5102">
      <w:pPr>
        <w:rPr>
          <w:rFonts w:ascii="Comic Sans MS" w:hAnsi="Comic Sans MS"/>
          <w:lang w:val="nn-NO"/>
        </w:rPr>
      </w:pPr>
    </w:p>
    <w:p w14:paraId="386C8ED0" w14:textId="77777777" w:rsidR="005979F6" w:rsidRPr="00FF428D" w:rsidRDefault="00970104">
      <w:pPr>
        <w:rPr>
          <w:rFonts w:ascii="Comic Sans MS" w:hAnsi="Comic Sans MS"/>
          <w:lang w:val="nn-NO"/>
        </w:rPr>
      </w:pPr>
      <w:r w:rsidRPr="00FF428D">
        <w:rPr>
          <w:rFonts w:ascii="Comic Sans MS" w:hAnsi="Comic Sans MS"/>
          <w:b/>
          <w:lang w:val="nn-NO"/>
        </w:rPr>
        <w:t xml:space="preserve">Krabben: </w:t>
      </w:r>
      <w:r w:rsidRPr="00FF428D">
        <w:rPr>
          <w:rFonts w:ascii="Comic Sans MS" w:hAnsi="Comic Sans MS"/>
          <w:lang w:val="nn-NO"/>
        </w:rPr>
        <w:t>Min kropp og mine grenser</w:t>
      </w:r>
    </w:p>
    <w:p w14:paraId="37AF8D2A" w14:textId="37D487AB" w:rsidR="005979F6" w:rsidRPr="00FF428D" w:rsidRDefault="00970104" w:rsidP="004F7950">
      <w:pPr>
        <w:pStyle w:val="Listeavsnitt"/>
        <w:numPr>
          <w:ilvl w:val="0"/>
          <w:numId w:val="10"/>
        </w:numPr>
        <w:rPr>
          <w:rFonts w:ascii="Comic Sans MS" w:hAnsi="Comic Sans MS"/>
          <w:lang w:val="nn-NO"/>
        </w:rPr>
      </w:pPr>
      <w:r w:rsidRPr="00FF428D">
        <w:rPr>
          <w:rFonts w:ascii="Comic Sans MS" w:hAnsi="Comic Sans MS"/>
          <w:lang w:val="nn-NO"/>
        </w:rPr>
        <w:t>Barna blir kjende med kroppen sin gjennom leik, bøker og songar.</w:t>
      </w:r>
    </w:p>
    <w:p w14:paraId="64C768A9" w14:textId="2E173F2E" w:rsidR="005979F6" w:rsidRPr="00FF428D" w:rsidRDefault="00970104" w:rsidP="004F7950">
      <w:pPr>
        <w:pStyle w:val="Listeavsnitt"/>
        <w:numPr>
          <w:ilvl w:val="0"/>
          <w:numId w:val="10"/>
        </w:numPr>
        <w:rPr>
          <w:rFonts w:ascii="Comic Sans MS" w:hAnsi="Comic Sans MS"/>
          <w:lang w:val="nn-NO"/>
        </w:rPr>
      </w:pPr>
      <w:r w:rsidRPr="00FF428D">
        <w:rPr>
          <w:rFonts w:ascii="Comic Sans MS" w:hAnsi="Comic Sans MS"/>
          <w:lang w:val="nn-NO"/>
        </w:rPr>
        <w:t>Me set ord på kroppsdelar, kjensler og grenser.</w:t>
      </w:r>
    </w:p>
    <w:p w14:paraId="51070485" w14:textId="5E39C2EA" w:rsidR="005979F6" w:rsidRPr="00FF428D" w:rsidRDefault="00970104" w:rsidP="004F7950">
      <w:pPr>
        <w:pStyle w:val="Listeavsnitt"/>
        <w:numPr>
          <w:ilvl w:val="0"/>
          <w:numId w:val="10"/>
        </w:numPr>
        <w:rPr>
          <w:rFonts w:ascii="Comic Sans MS" w:hAnsi="Comic Sans MS"/>
          <w:lang w:val="nn-NO"/>
        </w:rPr>
      </w:pPr>
      <w:r w:rsidRPr="00FF428D">
        <w:rPr>
          <w:rFonts w:ascii="Comic Sans MS" w:hAnsi="Comic Sans MS"/>
          <w:lang w:val="nn-NO"/>
        </w:rPr>
        <w:t>Barna øver på å seia frå og kjenna etter kva som kjennest trygt.</w:t>
      </w:r>
    </w:p>
    <w:p w14:paraId="71752ED5" w14:textId="77777777" w:rsidR="00CA5819" w:rsidRPr="00FF428D" w:rsidRDefault="00CA5819">
      <w:pPr>
        <w:rPr>
          <w:rFonts w:ascii="Comic Sans MS" w:hAnsi="Comic Sans MS"/>
          <w:b/>
          <w:lang w:val="nn-NO"/>
        </w:rPr>
      </w:pPr>
    </w:p>
    <w:p w14:paraId="15453617" w14:textId="0F314D75" w:rsidR="005979F6" w:rsidRPr="00FF428D" w:rsidRDefault="00970104">
      <w:pPr>
        <w:rPr>
          <w:rFonts w:ascii="Comic Sans MS" w:hAnsi="Comic Sans MS"/>
          <w:lang w:val="nn-NO"/>
        </w:rPr>
      </w:pPr>
      <w:proofErr w:type="spellStart"/>
      <w:r w:rsidRPr="00FF428D">
        <w:rPr>
          <w:rFonts w:ascii="Comic Sans MS" w:hAnsi="Comic Sans MS"/>
          <w:b/>
          <w:lang w:val="nn-NO"/>
        </w:rPr>
        <w:t>Sjøstjerno</w:t>
      </w:r>
      <w:proofErr w:type="spellEnd"/>
      <w:r w:rsidRPr="00FF428D">
        <w:rPr>
          <w:rFonts w:ascii="Comic Sans MS" w:hAnsi="Comic Sans MS"/>
          <w:b/>
          <w:lang w:val="nn-NO"/>
        </w:rPr>
        <w:t xml:space="preserve">: </w:t>
      </w:r>
      <w:r w:rsidRPr="00FF428D">
        <w:rPr>
          <w:rFonts w:ascii="Comic Sans MS" w:hAnsi="Comic Sans MS"/>
          <w:lang w:val="nn-NO"/>
        </w:rPr>
        <w:t>Kjensler og mobbing</w:t>
      </w:r>
    </w:p>
    <w:p w14:paraId="1B38C6AE" w14:textId="549885CC" w:rsidR="005979F6" w:rsidRPr="00FF428D" w:rsidRDefault="00970104" w:rsidP="004F7950">
      <w:pPr>
        <w:pStyle w:val="Listeavsnitt"/>
        <w:numPr>
          <w:ilvl w:val="0"/>
          <w:numId w:val="10"/>
        </w:numPr>
        <w:rPr>
          <w:rFonts w:ascii="Comic Sans MS" w:hAnsi="Comic Sans MS"/>
          <w:lang w:val="nn-NO"/>
        </w:rPr>
      </w:pPr>
      <w:r w:rsidRPr="00FF428D">
        <w:rPr>
          <w:rFonts w:ascii="Comic Sans MS" w:hAnsi="Comic Sans MS"/>
          <w:lang w:val="nn-NO"/>
        </w:rPr>
        <w:t>Barna arbeider med å kjenna att og setja ord på kjensler.</w:t>
      </w:r>
    </w:p>
    <w:p w14:paraId="6C2ACF22" w14:textId="20AF52C0" w:rsidR="005979F6" w:rsidRPr="00FF428D" w:rsidRDefault="00970104" w:rsidP="004F7950">
      <w:pPr>
        <w:pStyle w:val="Listeavsnitt"/>
        <w:numPr>
          <w:ilvl w:val="0"/>
          <w:numId w:val="10"/>
        </w:numPr>
        <w:rPr>
          <w:rFonts w:ascii="Comic Sans MS" w:hAnsi="Comic Sans MS"/>
          <w:lang w:val="nn-NO"/>
        </w:rPr>
      </w:pPr>
      <w:r w:rsidRPr="00FF428D">
        <w:rPr>
          <w:rFonts w:ascii="Comic Sans MS" w:hAnsi="Comic Sans MS"/>
          <w:lang w:val="nn-NO"/>
        </w:rPr>
        <w:t xml:space="preserve">Me fremjar vennskap, empati og </w:t>
      </w:r>
      <w:proofErr w:type="spellStart"/>
      <w:r w:rsidRPr="00FF428D">
        <w:rPr>
          <w:rFonts w:ascii="Comic Sans MS" w:hAnsi="Comic Sans MS"/>
          <w:lang w:val="nn-NO"/>
        </w:rPr>
        <w:t>inkludering</w:t>
      </w:r>
      <w:proofErr w:type="spellEnd"/>
      <w:r w:rsidRPr="00FF428D">
        <w:rPr>
          <w:rFonts w:ascii="Comic Sans MS" w:hAnsi="Comic Sans MS"/>
          <w:lang w:val="nn-NO"/>
        </w:rPr>
        <w:t>.</w:t>
      </w:r>
    </w:p>
    <w:p w14:paraId="415947F5" w14:textId="6D737708" w:rsidR="005979F6" w:rsidRPr="00FF428D" w:rsidRDefault="00970104" w:rsidP="004F7950">
      <w:pPr>
        <w:pStyle w:val="Listeavsnitt"/>
        <w:numPr>
          <w:ilvl w:val="0"/>
          <w:numId w:val="10"/>
        </w:numPr>
        <w:rPr>
          <w:rFonts w:ascii="Comic Sans MS" w:hAnsi="Comic Sans MS"/>
          <w:lang w:val="nn-NO"/>
        </w:rPr>
      </w:pPr>
      <w:r w:rsidRPr="00FF428D">
        <w:rPr>
          <w:rFonts w:ascii="Comic Sans MS" w:hAnsi="Comic Sans MS"/>
          <w:lang w:val="nn-NO"/>
        </w:rPr>
        <w:t>Gjennom samtalar og leik lærer barna om mobbing, utestenging og korleis me kan ta vare på kvarandre.</w:t>
      </w:r>
    </w:p>
    <w:p w14:paraId="51F1D921" w14:textId="77777777" w:rsidR="00AD5102" w:rsidRPr="00FF428D" w:rsidRDefault="00AD5102" w:rsidP="00AD5102">
      <w:pPr>
        <w:pStyle w:val="Listeavsnitt"/>
        <w:ind w:left="360"/>
        <w:rPr>
          <w:rFonts w:ascii="Comic Sans MS" w:hAnsi="Comic Sans MS"/>
          <w:lang w:val="nn-NO"/>
        </w:rPr>
      </w:pPr>
    </w:p>
    <w:p w14:paraId="192A5E8B" w14:textId="77777777" w:rsidR="005979F6" w:rsidRPr="00FF428D" w:rsidRDefault="00970104">
      <w:pPr>
        <w:rPr>
          <w:rFonts w:ascii="Comic Sans MS" w:hAnsi="Comic Sans MS"/>
          <w:lang w:val="nn-NO"/>
        </w:rPr>
      </w:pPr>
      <w:proofErr w:type="spellStart"/>
      <w:r w:rsidRPr="00FF428D">
        <w:rPr>
          <w:rFonts w:ascii="Comic Sans MS" w:hAnsi="Comic Sans MS"/>
          <w:b/>
          <w:lang w:val="nn-NO"/>
        </w:rPr>
        <w:t>Kråkebollo</w:t>
      </w:r>
      <w:proofErr w:type="spellEnd"/>
      <w:r w:rsidRPr="00FF428D">
        <w:rPr>
          <w:rFonts w:ascii="Comic Sans MS" w:hAnsi="Comic Sans MS"/>
          <w:b/>
          <w:lang w:val="nn-NO"/>
        </w:rPr>
        <w:t xml:space="preserve">: </w:t>
      </w:r>
      <w:r w:rsidRPr="00FF428D">
        <w:rPr>
          <w:rFonts w:ascii="Comic Sans MS" w:hAnsi="Comic Sans MS"/>
          <w:lang w:val="nn-NO"/>
        </w:rPr>
        <w:t>Vald og seksuelle overgrep</w:t>
      </w:r>
    </w:p>
    <w:p w14:paraId="0979BA7D" w14:textId="29ED4568" w:rsidR="005979F6" w:rsidRPr="00FF428D" w:rsidRDefault="00970104" w:rsidP="004F7950">
      <w:pPr>
        <w:pStyle w:val="Listeavsnitt"/>
        <w:numPr>
          <w:ilvl w:val="0"/>
          <w:numId w:val="10"/>
        </w:numPr>
        <w:rPr>
          <w:rFonts w:ascii="Comic Sans MS" w:hAnsi="Comic Sans MS"/>
          <w:lang w:val="nn-NO"/>
        </w:rPr>
      </w:pPr>
      <w:r w:rsidRPr="00FF428D">
        <w:rPr>
          <w:rFonts w:ascii="Comic Sans MS" w:hAnsi="Comic Sans MS"/>
          <w:lang w:val="nn-NO"/>
        </w:rPr>
        <w:t>Arbeidet skjer på ein trygg og alderstilpassa måte.</w:t>
      </w:r>
    </w:p>
    <w:p w14:paraId="1DF40589" w14:textId="5A8E05F3" w:rsidR="005979F6" w:rsidRPr="00FF428D" w:rsidRDefault="00970104" w:rsidP="004F7950">
      <w:pPr>
        <w:pStyle w:val="Listeavsnitt"/>
        <w:numPr>
          <w:ilvl w:val="0"/>
          <w:numId w:val="10"/>
        </w:numPr>
        <w:rPr>
          <w:rFonts w:ascii="Comic Sans MS" w:hAnsi="Comic Sans MS"/>
          <w:lang w:val="nn-NO"/>
        </w:rPr>
      </w:pPr>
      <w:r w:rsidRPr="00FF428D">
        <w:rPr>
          <w:rFonts w:ascii="Comic Sans MS" w:hAnsi="Comic Sans MS"/>
          <w:lang w:val="nn-NO"/>
        </w:rPr>
        <w:t>Barna lærer om retten til eigen kropp og eigne grenser.</w:t>
      </w:r>
    </w:p>
    <w:p w14:paraId="1504E168" w14:textId="309E0C98" w:rsidR="00F80148" w:rsidRPr="00FF428D" w:rsidRDefault="00970104" w:rsidP="004F7950">
      <w:pPr>
        <w:pStyle w:val="Listeavsnitt"/>
        <w:numPr>
          <w:ilvl w:val="0"/>
          <w:numId w:val="10"/>
        </w:numPr>
        <w:rPr>
          <w:rFonts w:ascii="Comic Sans MS" w:hAnsi="Comic Sans MS"/>
          <w:lang w:val="nn-NO"/>
        </w:rPr>
      </w:pPr>
      <w:r w:rsidRPr="00FF428D">
        <w:rPr>
          <w:rFonts w:ascii="Comic Sans MS" w:hAnsi="Comic Sans MS"/>
          <w:lang w:val="nn-NO"/>
        </w:rPr>
        <w:t xml:space="preserve">Me snakkar om gode og </w:t>
      </w:r>
      <w:r w:rsidR="00D970CD" w:rsidRPr="00FF428D">
        <w:rPr>
          <w:rFonts w:ascii="Comic Sans MS" w:hAnsi="Comic Sans MS"/>
          <w:lang w:val="nn-NO"/>
        </w:rPr>
        <w:t>vonde</w:t>
      </w:r>
      <w:r w:rsidRPr="00FF428D">
        <w:rPr>
          <w:rFonts w:ascii="Comic Sans MS" w:hAnsi="Comic Sans MS"/>
          <w:lang w:val="nn-NO"/>
        </w:rPr>
        <w:t xml:space="preserve"> hemmelegheiter og kven dei kan søkja hjelp hos.</w:t>
      </w:r>
    </w:p>
    <w:p w14:paraId="23A306F1" w14:textId="77777777" w:rsidR="00F80148" w:rsidRPr="00FF428D" w:rsidRDefault="00F80148" w:rsidP="00F80148">
      <w:pPr>
        <w:pStyle w:val="Overskrift2"/>
        <w:rPr>
          <w:rFonts w:ascii="Comic Sans MS" w:hAnsi="Comic Sans MS"/>
          <w:lang w:val="nn-NO"/>
        </w:rPr>
      </w:pPr>
    </w:p>
    <w:p w14:paraId="4C7B7B53" w14:textId="39F07C7C" w:rsidR="005979F6" w:rsidRPr="00FF428D" w:rsidRDefault="00970104" w:rsidP="00F80148">
      <w:pPr>
        <w:pStyle w:val="Overskrift2"/>
        <w:rPr>
          <w:rFonts w:ascii="Comic Sans MS" w:hAnsi="Comic Sans MS"/>
          <w:lang w:val="nn-NO"/>
        </w:rPr>
      </w:pPr>
      <w:bookmarkStart w:id="18" w:name="_Toc238461420"/>
      <w:r w:rsidRPr="00FF428D">
        <w:rPr>
          <w:rFonts w:ascii="Comic Sans MS" w:hAnsi="Comic Sans MS"/>
          <w:lang w:val="nn-NO"/>
        </w:rPr>
        <w:t>Godkjenning av årsplan</w:t>
      </w:r>
      <w:bookmarkEnd w:id="18"/>
    </w:p>
    <w:p w14:paraId="5BEF2C20" w14:textId="77777777" w:rsidR="0038736D" w:rsidRPr="00FF428D" w:rsidRDefault="0038736D" w:rsidP="0038736D">
      <w:pPr>
        <w:rPr>
          <w:lang w:val="nn-NO"/>
        </w:rPr>
      </w:pPr>
    </w:p>
    <w:p w14:paraId="3837049B" w14:textId="48CA5E69" w:rsidR="005979F6" w:rsidRPr="00FF428D" w:rsidRDefault="00970104">
      <w:pPr>
        <w:rPr>
          <w:rFonts w:ascii="Comic Sans MS" w:hAnsi="Comic Sans MS"/>
          <w:lang w:val="nn-NO"/>
        </w:rPr>
      </w:pPr>
      <w:r w:rsidRPr="00FF428D">
        <w:rPr>
          <w:rFonts w:ascii="Comic Sans MS" w:hAnsi="Comic Sans MS"/>
          <w:lang w:val="nn-NO"/>
        </w:rPr>
        <w:t xml:space="preserve">Årsplanen er utarbeidd i samsvar med barnehagelova og Rammeplan for barnehagen. </w:t>
      </w:r>
      <w:r w:rsidR="008B0558" w:rsidRPr="00FF428D">
        <w:rPr>
          <w:rFonts w:ascii="Comic Sans MS" w:hAnsi="Comic Sans MS"/>
          <w:lang w:val="nn-NO"/>
        </w:rPr>
        <w:t>Den</w:t>
      </w:r>
      <w:r w:rsidRPr="00FF428D">
        <w:rPr>
          <w:rFonts w:ascii="Comic Sans MS" w:hAnsi="Comic Sans MS"/>
          <w:lang w:val="nn-NO"/>
        </w:rPr>
        <w:t xml:space="preserve"> beskriv verdigrunnlaget, innhaldet og arbeidsmåtane i Naustvågen barnehage, og er eit sentralt styringsdokument for det pedagogiske arbeidet.</w:t>
      </w:r>
    </w:p>
    <w:p w14:paraId="31B885E7" w14:textId="4C74D3BB" w:rsidR="005979F6" w:rsidRPr="00FF428D" w:rsidRDefault="00970104">
      <w:pPr>
        <w:rPr>
          <w:rFonts w:ascii="Comic Sans MS" w:hAnsi="Comic Sans MS"/>
          <w:lang w:val="nn-NO"/>
        </w:rPr>
      </w:pPr>
      <w:r w:rsidRPr="00FF428D">
        <w:rPr>
          <w:rFonts w:ascii="Comic Sans MS" w:hAnsi="Comic Sans MS"/>
          <w:lang w:val="nn-NO"/>
        </w:rPr>
        <w:t xml:space="preserve">Årsplanen er behandla og godkjend av Samarbeidsutvalet </w:t>
      </w:r>
      <w:r w:rsidR="00FF428D">
        <w:rPr>
          <w:rFonts w:ascii="Comic Sans MS" w:hAnsi="Comic Sans MS"/>
          <w:lang w:val="nn-NO"/>
        </w:rPr>
        <w:t>ved</w:t>
      </w:r>
      <w:r w:rsidRPr="00FF428D">
        <w:rPr>
          <w:rFonts w:ascii="Comic Sans MS" w:hAnsi="Comic Sans MS"/>
          <w:lang w:val="nn-NO"/>
        </w:rPr>
        <w:t xml:space="preserve"> oppstart av barnehageåret 2026–2027.</w:t>
      </w:r>
    </w:p>
    <w:p w14:paraId="5D42FA41" w14:textId="77777777" w:rsidR="00ED3134" w:rsidRPr="00FF428D" w:rsidRDefault="00ED3134">
      <w:pPr>
        <w:rPr>
          <w:rFonts w:ascii="Comic Sans MS" w:hAnsi="Comic Sans MS"/>
          <w:lang w:val="nn-NO"/>
        </w:rPr>
      </w:pPr>
    </w:p>
    <w:p w14:paraId="0EF5AF5C" w14:textId="675FB22B" w:rsidR="005979F6" w:rsidRPr="00FF428D" w:rsidRDefault="00970104">
      <w:pPr>
        <w:rPr>
          <w:rFonts w:ascii="Comic Sans MS" w:hAnsi="Comic Sans MS"/>
          <w:lang w:val="nn-NO"/>
        </w:rPr>
      </w:pPr>
      <w:r w:rsidRPr="00FF428D">
        <w:rPr>
          <w:rFonts w:ascii="Comic Sans MS" w:hAnsi="Comic Sans MS"/>
          <w:lang w:val="nn-NO"/>
        </w:rPr>
        <w:t>Godkjenning</w:t>
      </w:r>
    </w:p>
    <w:p w14:paraId="025517FE" w14:textId="3046859D" w:rsidR="005979F6" w:rsidRPr="00FF428D" w:rsidRDefault="00970104">
      <w:pPr>
        <w:rPr>
          <w:rFonts w:ascii="Comic Sans MS" w:hAnsi="Comic Sans MS"/>
          <w:lang w:val="nn-NO"/>
        </w:rPr>
      </w:pPr>
      <w:r w:rsidRPr="00FF428D">
        <w:rPr>
          <w:rFonts w:ascii="Comic Sans MS" w:hAnsi="Comic Sans MS"/>
          <w:lang w:val="nn-NO"/>
        </w:rPr>
        <w:t xml:space="preserve">Dato: </w:t>
      </w:r>
      <w:r w:rsidR="00FF428D">
        <w:rPr>
          <w:rFonts w:ascii="Comic Sans MS" w:hAnsi="Comic Sans MS"/>
          <w:lang w:val="nn-NO"/>
        </w:rPr>
        <w:t>2. september 2026.</w:t>
      </w:r>
    </w:p>
    <w:p w14:paraId="15862E43" w14:textId="1F337456" w:rsidR="005979F6" w:rsidRPr="00FF428D" w:rsidRDefault="00970104">
      <w:pPr>
        <w:rPr>
          <w:rFonts w:ascii="Comic Sans MS" w:hAnsi="Comic Sans MS"/>
          <w:lang w:val="nn-NO"/>
        </w:rPr>
      </w:pPr>
      <w:r w:rsidRPr="00FF428D">
        <w:rPr>
          <w:rFonts w:ascii="Comic Sans MS" w:hAnsi="Comic Sans MS"/>
          <w:lang w:val="nn-NO"/>
        </w:rPr>
        <w:t xml:space="preserve">Leiar i </w:t>
      </w:r>
      <w:proofErr w:type="spellStart"/>
      <w:r w:rsidRPr="00FF428D">
        <w:rPr>
          <w:rFonts w:ascii="Comic Sans MS" w:hAnsi="Comic Sans MS"/>
          <w:lang w:val="nn-NO"/>
        </w:rPr>
        <w:t>Samarbeidsutvalet:</w:t>
      </w:r>
      <w:r w:rsidR="00FF428D">
        <w:rPr>
          <w:rFonts w:ascii="Comic Sans MS" w:hAnsi="Comic Sans MS"/>
          <w:lang w:val="nn-NO"/>
        </w:rPr>
        <w:t>Kristine</w:t>
      </w:r>
      <w:proofErr w:type="spellEnd"/>
      <w:r w:rsidR="00FF428D">
        <w:rPr>
          <w:rFonts w:ascii="Comic Sans MS" w:hAnsi="Comic Sans MS"/>
          <w:lang w:val="nn-NO"/>
        </w:rPr>
        <w:t xml:space="preserve"> D. Fjellet</w:t>
      </w:r>
    </w:p>
    <w:p w14:paraId="57A982A7" w14:textId="77777777" w:rsidR="005979F6" w:rsidRPr="00FF428D" w:rsidRDefault="00970104">
      <w:pPr>
        <w:rPr>
          <w:lang w:val="nn-NO"/>
        </w:rPr>
      </w:pPr>
      <w:r w:rsidRPr="00FF428D">
        <w:rPr>
          <w:rFonts w:ascii="Comic Sans MS" w:hAnsi="Comic Sans MS"/>
          <w:lang w:val="nn-NO"/>
        </w:rPr>
        <w:t>Styrar: Mona Vaage</w:t>
      </w:r>
    </w:p>
    <w:sectPr w:rsidR="005979F6" w:rsidRPr="00FF428D" w:rsidSect="00034616">
      <w:footerReference w:type="even" r:id="rId15"/>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891EC3" w14:textId="77777777" w:rsidR="00DC2094" w:rsidRDefault="00DC2094" w:rsidP="00B06DFE">
      <w:r>
        <w:separator/>
      </w:r>
    </w:p>
  </w:endnote>
  <w:endnote w:type="continuationSeparator" w:id="0">
    <w:p w14:paraId="7FBB50E9" w14:textId="77777777" w:rsidR="00DC2094" w:rsidRDefault="00DC2094" w:rsidP="00B06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447192774"/>
      <w:docPartObj>
        <w:docPartGallery w:val="Page Numbers (Bottom of Page)"/>
        <w:docPartUnique/>
      </w:docPartObj>
    </w:sdtPr>
    <w:sdtContent>
      <w:p w14:paraId="347E321D" w14:textId="2EA5D676" w:rsidR="00F45DDE" w:rsidRDefault="00F45DDE">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fldChar w:fldCharType="end"/>
        </w:r>
      </w:p>
    </w:sdtContent>
  </w:sdt>
  <w:p w14:paraId="29D6E78F" w14:textId="77777777" w:rsidR="00F45DDE" w:rsidRDefault="00F45DD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216728588"/>
      <w:docPartObj>
        <w:docPartGallery w:val="Page Numbers (Bottom of Page)"/>
        <w:docPartUnique/>
      </w:docPartObj>
    </w:sdtPr>
    <w:sdtContent>
      <w:p w14:paraId="356999AB" w14:textId="5A2893F9" w:rsidR="00F45DDE" w:rsidRDefault="00F45DDE">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1</w:t>
        </w:r>
        <w:r>
          <w:rPr>
            <w:rStyle w:val="Sidetall"/>
          </w:rPr>
          <w:fldChar w:fldCharType="end"/>
        </w:r>
      </w:p>
    </w:sdtContent>
  </w:sdt>
  <w:p w14:paraId="5CA15C95" w14:textId="77777777" w:rsidR="00F45DDE" w:rsidRDefault="00F45DD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AAC9D1" w14:textId="77777777" w:rsidR="00DC2094" w:rsidRDefault="00DC2094" w:rsidP="00B06DFE">
      <w:r>
        <w:separator/>
      </w:r>
    </w:p>
  </w:footnote>
  <w:footnote w:type="continuationSeparator" w:id="0">
    <w:p w14:paraId="5F62BFE9" w14:textId="77777777" w:rsidR="00DC2094" w:rsidRDefault="00DC2094" w:rsidP="00B06D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CFD6672"/>
    <w:multiLevelType w:val="hybridMultilevel"/>
    <w:tmpl w:val="CD70E3E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0D523119"/>
    <w:multiLevelType w:val="hybridMultilevel"/>
    <w:tmpl w:val="26E8FD42"/>
    <w:lvl w:ilvl="0" w:tplc="B718C96E">
      <w:start w:val="16"/>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0EB1874"/>
    <w:multiLevelType w:val="multilevel"/>
    <w:tmpl w:val="7CF09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3A011A"/>
    <w:multiLevelType w:val="multilevel"/>
    <w:tmpl w:val="DC32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6E45CE"/>
    <w:multiLevelType w:val="hybridMultilevel"/>
    <w:tmpl w:val="F75C0A54"/>
    <w:lvl w:ilvl="0" w:tplc="00307EEE">
      <w:numFmt w:val="bullet"/>
      <w:lvlText w:val="-"/>
      <w:lvlJc w:val="left"/>
      <w:pPr>
        <w:ind w:left="360" w:hanging="360"/>
      </w:pPr>
      <w:rPr>
        <w:rFonts w:ascii="Comic Sans MS" w:eastAsiaTheme="minorEastAsia" w:hAnsi="Comic Sans MS"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61007B56"/>
    <w:multiLevelType w:val="multilevel"/>
    <w:tmpl w:val="DAE4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320339">
    <w:abstractNumId w:val="8"/>
  </w:num>
  <w:num w:numId="2" w16cid:durableId="821627741">
    <w:abstractNumId w:val="6"/>
  </w:num>
  <w:num w:numId="3" w16cid:durableId="285040906">
    <w:abstractNumId w:val="5"/>
  </w:num>
  <w:num w:numId="4" w16cid:durableId="1930041120">
    <w:abstractNumId w:val="4"/>
  </w:num>
  <w:num w:numId="5" w16cid:durableId="2016298390">
    <w:abstractNumId w:val="7"/>
  </w:num>
  <w:num w:numId="6" w16cid:durableId="740492109">
    <w:abstractNumId w:val="3"/>
  </w:num>
  <w:num w:numId="7" w16cid:durableId="1095445595">
    <w:abstractNumId w:val="2"/>
  </w:num>
  <w:num w:numId="8" w16cid:durableId="90859091">
    <w:abstractNumId w:val="1"/>
  </w:num>
  <w:num w:numId="9" w16cid:durableId="1583954918">
    <w:abstractNumId w:val="0"/>
  </w:num>
  <w:num w:numId="10" w16cid:durableId="702290571">
    <w:abstractNumId w:val="13"/>
  </w:num>
  <w:num w:numId="11" w16cid:durableId="1046904065">
    <w:abstractNumId w:val="9"/>
  </w:num>
  <w:num w:numId="12" w16cid:durableId="654994888">
    <w:abstractNumId w:val="10"/>
  </w:num>
  <w:num w:numId="13" w16cid:durableId="469368938">
    <w:abstractNumId w:val="14"/>
  </w:num>
  <w:num w:numId="14" w16cid:durableId="647320184">
    <w:abstractNumId w:val="11"/>
  </w:num>
  <w:num w:numId="15" w16cid:durableId="1666405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255"/>
    <w:rsid w:val="00034616"/>
    <w:rsid w:val="000471FF"/>
    <w:rsid w:val="0006063C"/>
    <w:rsid w:val="00062F2F"/>
    <w:rsid w:val="0006610F"/>
    <w:rsid w:val="000759C5"/>
    <w:rsid w:val="000A7371"/>
    <w:rsid w:val="000B35C7"/>
    <w:rsid w:val="000B6141"/>
    <w:rsid w:val="00124F03"/>
    <w:rsid w:val="001375C9"/>
    <w:rsid w:val="00143646"/>
    <w:rsid w:val="0015074B"/>
    <w:rsid w:val="00162EED"/>
    <w:rsid w:val="001722B8"/>
    <w:rsid w:val="001849FC"/>
    <w:rsid w:val="00190D4C"/>
    <w:rsid w:val="001A0938"/>
    <w:rsid w:val="001C33DF"/>
    <w:rsid w:val="001D059B"/>
    <w:rsid w:val="001D12A0"/>
    <w:rsid w:val="00200EE3"/>
    <w:rsid w:val="00212BAF"/>
    <w:rsid w:val="00221514"/>
    <w:rsid w:val="00233524"/>
    <w:rsid w:val="00254A19"/>
    <w:rsid w:val="00257C75"/>
    <w:rsid w:val="00264F79"/>
    <w:rsid w:val="0026555D"/>
    <w:rsid w:val="0029639D"/>
    <w:rsid w:val="002D0DE5"/>
    <w:rsid w:val="00326C1C"/>
    <w:rsid w:val="00326F90"/>
    <w:rsid w:val="00336DF7"/>
    <w:rsid w:val="0038131F"/>
    <w:rsid w:val="00384DE2"/>
    <w:rsid w:val="0038736D"/>
    <w:rsid w:val="00390643"/>
    <w:rsid w:val="003C257A"/>
    <w:rsid w:val="003C290B"/>
    <w:rsid w:val="003E7B34"/>
    <w:rsid w:val="003F37AC"/>
    <w:rsid w:val="00420F43"/>
    <w:rsid w:val="00422630"/>
    <w:rsid w:val="004547D8"/>
    <w:rsid w:val="004554A3"/>
    <w:rsid w:val="00465D01"/>
    <w:rsid w:val="00477099"/>
    <w:rsid w:val="0049195D"/>
    <w:rsid w:val="00494A65"/>
    <w:rsid w:val="004D5BCE"/>
    <w:rsid w:val="004D6DB9"/>
    <w:rsid w:val="004E33BF"/>
    <w:rsid w:val="004F7950"/>
    <w:rsid w:val="005040E9"/>
    <w:rsid w:val="0050796D"/>
    <w:rsid w:val="00515CA0"/>
    <w:rsid w:val="005248B8"/>
    <w:rsid w:val="00557B12"/>
    <w:rsid w:val="00586A28"/>
    <w:rsid w:val="00596A7C"/>
    <w:rsid w:val="00596DAF"/>
    <w:rsid w:val="005979F6"/>
    <w:rsid w:val="005A2013"/>
    <w:rsid w:val="005A339A"/>
    <w:rsid w:val="005B5E4A"/>
    <w:rsid w:val="005C5D79"/>
    <w:rsid w:val="005E1B9C"/>
    <w:rsid w:val="00610653"/>
    <w:rsid w:val="006506A7"/>
    <w:rsid w:val="00657782"/>
    <w:rsid w:val="00682E89"/>
    <w:rsid w:val="00702FBA"/>
    <w:rsid w:val="00706824"/>
    <w:rsid w:val="00710E15"/>
    <w:rsid w:val="00757ADA"/>
    <w:rsid w:val="0079040C"/>
    <w:rsid w:val="007A56C8"/>
    <w:rsid w:val="007C03CE"/>
    <w:rsid w:val="007D7587"/>
    <w:rsid w:val="00824028"/>
    <w:rsid w:val="00830C78"/>
    <w:rsid w:val="00842CA1"/>
    <w:rsid w:val="00847A36"/>
    <w:rsid w:val="008B0558"/>
    <w:rsid w:val="008E6B23"/>
    <w:rsid w:val="00901A2A"/>
    <w:rsid w:val="00926924"/>
    <w:rsid w:val="00946B80"/>
    <w:rsid w:val="009638E8"/>
    <w:rsid w:val="00963C6A"/>
    <w:rsid w:val="00970104"/>
    <w:rsid w:val="009C44D1"/>
    <w:rsid w:val="009D17CA"/>
    <w:rsid w:val="009E6551"/>
    <w:rsid w:val="00A2772D"/>
    <w:rsid w:val="00A32059"/>
    <w:rsid w:val="00A416E3"/>
    <w:rsid w:val="00A50276"/>
    <w:rsid w:val="00A5768B"/>
    <w:rsid w:val="00AA1D8D"/>
    <w:rsid w:val="00AD13A2"/>
    <w:rsid w:val="00AD5102"/>
    <w:rsid w:val="00AF2C47"/>
    <w:rsid w:val="00AF3317"/>
    <w:rsid w:val="00B06DFE"/>
    <w:rsid w:val="00B07A67"/>
    <w:rsid w:val="00B258D3"/>
    <w:rsid w:val="00B34960"/>
    <w:rsid w:val="00B47730"/>
    <w:rsid w:val="00B76CC7"/>
    <w:rsid w:val="00BC4FF9"/>
    <w:rsid w:val="00BF2A8A"/>
    <w:rsid w:val="00C0267A"/>
    <w:rsid w:val="00C23087"/>
    <w:rsid w:val="00C26479"/>
    <w:rsid w:val="00C318D0"/>
    <w:rsid w:val="00C338D5"/>
    <w:rsid w:val="00C41F7C"/>
    <w:rsid w:val="00C63596"/>
    <w:rsid w:val="00C66E6A"/>
    <w:rsid w:val="00CA5819"/>
    <w:rsid w:val="00CA7713"/>
    <w:rsid w:val="00CB0664"/>
    <w:rsid w:val="00CB33CB"/>
    <w:rsid w:val="00CC7BF4"/>
    <w:rsid w:val="00CC7D57"/>
    <w:rsid w:val="00CF516E"/>
    <w:rsid w:val="00D13091"/>
    <w:rsid w:val="00D54E81"/>
    <w:rsid w:val="00D676F3"/>
    <w:rsid w:val="00D70AD2"/>
    <w:rsid w:val="00D70F98"/>
    <w:rsid w:val="00D921A6"/>
    <w:rsid w:val="00D970CD"/>
    <w:rsid w:val="00DC2094"/>
    <w:rsid w:val="00DC4101"/>
    <w:rsid w:val="00E23F36"/>
    <w:rsid w:val="00E33707"/>
    <w:rsid w:val="00E56A79"/>
    <w:rsid w:val="00E6034F"/>
    <w:rsid w:val="00E67315"/>
    <w:rsid w:val="00EA08BB"/>
    <w:rsid w:val="00EB51A3"/>
    <w:rsid w:val="00ED3134"/>
    <w:rsid w:val="00F35430"/>
    <w:rsid w:val="00F45DDE"/>
    <w:rsid w:val="00F80148"/>
    <w:rsid w:val="00F952E0"/>
    <w:rsid w:val="00FA6CEB"/>
    <w:rsid w:val="00FC1B9F"/>
    <w:rsid w:val="00FC693F"/>
    <w:rsid w:val="00FE0BD0"/>
    <w:rsid w:val="00FE19DB"/>
    <w:rsid w:val="00FE529B"/>
    <w:rsid w:val="00FF42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CFB4A2"/>
  <w14:defaultImageDpi w14:val="300"/>
  <w15:docId w15:val="{58FA2584-5EA5-D54D-98A0-889F38AF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55D"/>
    <w:pPr>
      <w:spacing w:after="0" w:line="240" w:lineRule="auto"/>
    </w:pPr>
    <w:rPr>
      <w:rFonts w:ascii="Times New Roman" w:eastAsia="Times New Roman" w:hAnsi="Times New Roman" w:cs="Times New Roman"/>
      <w:sz w:val="24"/>
      <w:szCs w:val="24"/>
      <w:lang w:val="nb-NO" w:eastAsia="nb-NO"/>
    </w:rPr>
  </w:style>
  <w:style w:type="paragraph" w:styleId="Overskrift1">
    <w:name w:val="heading 1"/>
    <w:basedOn w:val="Normal"/>
    <w:next w:val="Normal"/>
    <w:link w:val="Overskrift1Tegn"/>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INNH2">
    <w:name w:val="toc 2"/>
    <w:basedOn w:val="Normal"/>
    <w:next w:val="Normal"/>
    <w:autoRedefine/>
    <w:uiPriority w:val="39"/>
    <w:unhideWhenUsed/>
    <w:rsid w:val="00F80148"/>
    <w:pPr>
      <w:spacing w:before="120"/>
      <w:ind w:left="220"/>
    </w:pPr>
    <w:rPr>
      <w:i/>
      <w:iCs/>
      <w:sz w:val="20"/>
      <w:szCs w:val="20"/>
    </w:rPr>
  </w:style>
  <w:style w:type="character" w:styleId="Hyperkobling">
    <w:name w:val="Hyperlink"/>
    <w:basedOn w:val="Standardskriftforavsnitt"/>
    <w:uiPriority w:val="99"/>
    <w:unhideWhenUsed/>
    <w:rsid w:val="00F80148"/>
    <w:rPr>
      <w:color w:val="0000FF" w:themeColor="hyperlink"/>
      <w:u w:val="single"/>
    </w:rPr>
  </w:style>
  <w:style w:type="paragraph" w:styleId="INNH1">
    <w:name w:val="toc 1"/>
    <w:basedOn w:val="Normal"/>
    <w:next w:val="Normal"/>
    <w:autoRedefine/>
    <w:uiPriority w:val="39"/>
    <w:semiHidden/>
    <w:unhideWhenUsed/>
    <w:rsid w:val="00F80148"/>
    <w:pPr>
      <w:spacing w:before="240" w:after="120"/>
    </w:pPr>
    <w:rPr>
      <w:b/>
      <w:bCs/>
      <w:sz w:val="20"/>
      <w:szCs w:val="20"/>
    </w:rPr>
  </w:style>
  <w:style w:type="paragraph" w:styleId="INNH3">
    <w:name w:val="toc 3"/>
    <w:basedOn w:val="Normal"/>
    <w:next w:val="Normal"/>
    <w:autoRedefine/>
    <w:uiPriority w:val="39"/>
    <w:unhideWhenUsed/>
    <w:rsid w:val="00F80148"/>
    <w:pPr>
      <w:ind w:left="440"/>
    </w:pPr>
    <w:rPr>
      <w:sz w:val="20"/>
      <w:szCs w:val="20"/>
    </w:rPr>
  </w:style>
  <w:style w:type="paragraph" w:styleId="INNH4">
    <w:name w:val="toc 4"/>
    <w:basedOn w:val="Normal"/>
    <w:next w:val="Normal"/>
    <w:autoRedefine/>
    <w:uiPriority w:val="39"/>
    <w:semiHidden/>
    <w:unhideWhenUsed/>
    <w:rsid w:val="00F80148"/>
    <w:pPr>
      <w:ind w:left="660"/>
    </w:pPr>
    <w:rPr>
      <w:sz w:val="20"/>
      <w:szCs w:val="20"/>
    </w:rPr>
  </w:style>
  <w:style w:type="paragraph" w:styleId="INNH5">
    <w:name w:val="toc 5"/>
    <w:basedOn w:val="Normal"/>
    <w:next w:val="Normal"/>
    <w:autoRedefine/>
    <w:uiPriority w:val="39"/>
    <w:semiHidden/>
    <w:unhideWhenUsed/>
    <w:rsid w:val="00F80148"/>
    <w:pPr>
      <w:ind w:left="880"/>
    </w:pPr>
    <w:rPr>
      <w:sz w:val="20"/>
      <w:szCs w:val="20"/>
    </w:rPr>
  </w:style>
  <w:style w:type="paragraph" w:styleId="INNH6">
    <w:name w:val="toc 6"/>
    <w:basedOn w:val="Normal"/>
    <w:next w:val="Normal"/>
    <w:autoRedefine/>
    <w:uiPriority w:val="39"/>
    <w:semiHidden/>
    <w:unhideWhenUsed/>
    <w:rsid w:val="00F80148"/>
    <w:pPr>
      <w:ind w:left="1100"/>
    </w:pPr>
    <w:rPr>
      <w:sz w:val="20"/>
      <w:szCs w:val="20"/>
    </w:rPr>
  </w:style>
  <w:style w:type="paragraph" w:styleId="INNH7">
    <w:name w:val="toc 7"/>
    <w:basedOn w:val="Normal"/>
    <w:next w:val="Normal"/>
    <w:autoRedefine/>
    <w:uiPriority w:val="39"/>
    <w:semiHidden/>
    <w:unhideWhenUsed/>
    <w:rsid w:val="00F80148"/>
    <w:pPr>
      <w:ind w:left="1320"/>
    </w:pPr>
    <w:rPr>
      <w:sz w:val="20"/>
      <w:szCs w:val="20"/>
    </w:rPr>
  </w:style>
  <w:style w:type="paragraph" w:styleId="INNH8">
    <w:name w:val="toc 8"/>
    <w:basedOn w:val="Normal"/>
    <w:next w:val="Normal"/>
    <w:autoRedefine/>
    <w:uiPriority w:val="39"/>
    <w:semiHidden/>
    <w:unhideWhenUsed/>
    <w:rsid w:val="00F80148"/>
    <w:pPr>
      <w:ind w:left="1540"/>
    </w:pPr>
    <w:rPr>
      <w:sz w:val="20"/>
      <w:szCs w:val="20"/>
    </w:rPr>
  </w:style>
  <w:style w:type="paragraph" w:styleId="INNH9">
    <w:name w:val="toc 9"/>
    <w:basedOn w:val="Normal"/>
    <w:next w:val="Normal"/>
    <w:autoRedefine/>
    <w:uiPriority w:val="39"/>
    <w:semiHidden/>
    <w:unhideWhenUsed/>
    <w:rsid w:val="00F80148"/>
    <w:pPr>
      <w:ind w:left="1760"/>
    </w:pPr>
    <w:rPr>
      <w:sz w:val="20"/>
      <w:szCs w:val="20"/>
    </w:rPr>
  </w:style>
  <w:style w:type="paragraph" w:styleId="Revisjon">
    <w:name w:val="Revision"/>
    <w:hidden/>
    <w:uiPriority w:val="99"/>
    <w:semiHidden/>
    <w:rsid w:val="001C33DF"/>
    <w:pPr>
      <w:spacing w:after="0" w:line="240" w:lineRule="auto"/>
    </w:pPr>
  </w:style>
  <w:style w:type="character" w:styleId="Sidetall">
    <w:name w:val="page number"/>
    <w:basedOn w:val="Standardskriftforavsnitt"/>
    <w:uiPriority w:val="99"/>
    <w:semiHidden/>
    <w:unhideWhenUsed/>
    <w:rsid w:val="00F45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4063</Words>
  <Characters>21536</Characters>
  <Application>Microsoft Office Word</Application>
  <DocSecurity>0</DocSecurity>
  <Lines>179</Lines>
  <Paragraphs>51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Mona Vaage</cp:lastModifiedBy>
  <cp:revision>3</cp:revision>
  <cp:lastPrinted>2026-09-03T09:49:00Z</cp:lastPrinted>
  <dcterms:created xsi:type="dcterms:W3CDTF">2026-09-03T09:49:00Z</dcterms:created>
  <dcterms:modified xsi:type="dcterms:W3CDTF">2026-09-03T09:50:00Z</dcterms:modified>
  <cp:category/>
</cp:coreProperties>
</file>